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8EA9" w14:textId="49EC3F86" w:rsidR="00A1245E" w:rsidRPr="003B10F5" w:rsidRDefault="003B10F5" w:rsidP="003D46B7">
      <w:pPr>
        <w:pStyle w:val="Nadpis2"/>
        <w:rPr>
          <w:color w:val="auto"/>
          <w:sz w:val="32"/>
          <w:szCs w:val="32"/>
        </w:rPr>
      </w:pPr>
      <w:r w:rsidRPr="003B10F5">
        <w:rPr>
          <w:color w:val="auto"/>
          <w:sz w:val="32"/>
          <w:szCs w:val="32"/>
        </w:rPr>
        <w:t>N</w:t>
      </w:r>
      <w:r w:rsidR="00E3560D" w:rsidRPr="003B10F5">
        <w:rPr>
          <w:color w:val="auto"/>
          <w:sz w:val="32"/>
          <w:szCs w:val="32"/>
        </w:rPr>
        <w:t xml:space="preserve">abídka kroužků </w:t>
      </w:r>
      <w:r w:rsidR="00843EDE" w:rsidRPr="003B10F5">
        <w:rPr>
          <w:color w:val="auto"/>
          <w:sz w:val="32"/>
          <w:szCs w:val="32"/>
        </w:rPr>
        <w:t>pro školní rok 2026</w:t>
      </w:r>
      <w:r w:rsidR="00E3560D" w:rsidRPr="003B10F5">
        <w:rPr>
          <w:color w:val="auto"/>
          <w:sz w:val="32"/>
          <w:szCs w:val="32"/>
        </w:rPr>
        <w:t xml:space="preserve"> </w:t>
      </w:r>
      <w:r w:rsidR="00B379FB" w:rsidRPr="003B10F5">
        <w:rPr>
          <w:color w:val="auto"/>
          <w:sz w:val="32"/>
          <w:szCs w:val="32"/>
        </w:rPr>
        <w:t>/2027</w:t>
      </w:r>
      <w:r w:rsidRPr="003B10F5">
        <w:rPr>
          <w:color w:val="auto"/>
          <w:sz w:val="32"/>
          <w:szCs w:val="32"/>
        </w:rPr>
        <w:t xml:space="preserve"> 4. – 9. ročník</w:t>
      </w:r>
    </w:p>
    <w:p w14:paraId="006A3F9C" w14:textId="20C5E290" w:rsidR="001723AF" w:rsidRPr="0072577C" w:rsidRDefault="001723AF" w:rsidP="003B10F5">
      <w:pPr>
        <w:pStyle w:val="Nadpis3"/>
        <w:numPr>
          <w:ilvl w:val="0"/>
          <w:numId w:val="10"/>
        </w:numPr>
        <w:spacing w:before="0"/>
        <w:rPr>
          <w:rFonts w:ascii="Times New Roman" w:hAnsi="Times New Roman" w:cs="Times New Roman"/>
          <w:color w:val="auto"/>
        </w:rPr>
      </w:pPr>
      <w:r w:rsidRPr="0072577C">
        <w:rPr>
          <w:rFonts w:ascii="Times New Roman" w:hAnsi="Times New Roman" w:cs="Times New Roman"/>
          <w:color w:val="auto"/>
        </w:rPr>
        <w:t xml:space="preserve">Podmínka přijetí: </w:t>
      </w:r>
    </w:p>
    <w:p w14:paraId="100F5005" w14:textId="351C6B71" w:rsidR="003B10F5" w:rsidRPr="0072577C" w:rsidRDefault="00373B23" w:rsidP="001723AF">
      <w:pPr>
        <w:pStyle w:val="Nadpis3"/>
        <w:spacing w:before="0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 xml:space="preserve">Účast v </w:t>
      </w:r>
      <w:r w:rsidR="003B10F5" w:rsidRPr="0072577C">
        <w:rPr>
          <w:rFonts w:ascii="Times New Roman" w:hAnsi="Times New Roman" w:cs="Times New Roman"/>
          <w:b w:val="0"/>
          <w:bCs w:val="0"/>
          <w:color w:val="auto"/>
        </w:rPr>
        <w:t>kroužku je podmíněna přihlášením žáka do školní družiny nebo školního klubu. Žáci 4.–5. ročníku budou přednostně zařazováni do školní družiny, a to do naplnění její kapacity; žáci 6.–9. ročníku budou zařazováni do školního klubu.</w:t>
      </w:r>
    </w:p>
    <w:p w14:paraId="5D0CBB40" w14:textId="795369D0" w:rsidR="003D46B7" w:rsidRPr="0072577C" w:rsidRDefault="003D46B7" w:rsidP="003B10F5">
      <w:pPr>
        <w:pStyle w:val="Nadpis3"/>
        <w:numPr>
          <w:ilvl w:val="0"/>
          <w:numId w:val="10"/>
        </w:numPr>
        <w:spacing w:before="0"/>
        <w:rPr>
          <w:rFonts w:ascii="Times New Roman" w:hAnsi="Times New Roman" w:cs="Times New Roman"/>
          <w:color w:val="auto"/>
        </w:rPr>
      </w:pPr>
      <w:r w:rsidRPr="0072577C">
        <w:rPr>
          <w:rFonts w:ascii="Times New Roman" w:hAnsi="Times New Roman" w:cs="Times New Roman"/>
          <w:color w:val="auto"/>
        </w:rPr>
        <w:t>Nabídka kroužků:</w:t>
      </w:r>
      <w:r w:rsidR="009222BF" w:rsidRPr="0072577C">
        <w:rPr>
          <w:rFonts w:ascii="Times New Roman" w:hAnsi="Times New Roman" w:cs="Times New Roman"/>
          <w:color w:val="auto"/>
        </w:rPr>
        <w:t xml:space="preserve"> </w:t>
      </w:r>
    </w:p>
    <w:p w14:paraId="4C787452" w14:textId="3460F3DB" w:rsidR="009222BF" w:rsidRPr="0072577C" w:rsidRDefault="009222BF" w:rsidP="009222BF">
      <w:pPr>
        <w:rPr>
          <w:rFonts w:ascii="Times New Roman" w:hAnsi="Times New Roman" w:cs="Times New Roman"/>
        </w:rPr>
      </w:pPr>
      <w:r w:rsidRPr="0072577C">
        <w:rPr>
          <w:rFonts w:ascii="Times New Roman" w:hAnsi="Times New Roman" w:cs="Times New Roman"/>
        </w:rPr>
        <w:t>Čas</w:t>
      </w:r>
      <w:r w:rsidR="00501784" w:rsidRPr="0072577C">
        <w:rPr>
          <w:rFonts w:ascii="Times New Roman" w:hAnsi="Times New Roman" w:cs="Times New Roman"/>
        </w:rPr>
        <w:t>y</w:t>
      </w:r>
      <w:r w:rsidRPr="0072577C">
        <w:rPr>
          <w:rFonts w:ascii="Times New Roman" w:hAnsi="Times New Roman" w:cs="Times New Roman"/>
        </w:rPr>
        <w:t xml:space="preserve"> kroužku se ještě mohou z organizačních důvodů změnit (pokud bude větší zájem, snažili bychom se vytvořit další skupinu)</w:t>
      </w:r>
      <w:r w:rsidR="0001272A" w:rsidRPr="0072577C">
        <w:rPr>
          <w:rFonts w:ascii="Times New Roman" w:hAnsi="Times New Roman" w:cs="Times New Roman"/>
        </w:rPr>
        <w:t>.</w:t>
      </w:r>
      <w:r w:rsidRPr="0072577C">
        <w:rPr>
          <w:rFonts w:ascii="Times New Roman" w:hAnsi="Times New Roman" w:cs="Times New Roman"/>
        </w:rPr>
        <w:t xml:space="preserve"> V</w:t>
      </w:r>
      <w:r w:rsidR="00501784" w:rsidRPr="0072577C">
        <w:rPr>
          <w:rFonts w:ascii="Times New Roman" w:hAnsi="Times New Roman" w:cs="Times New Roman"/>
        </w:rPr>
        <w:t> případě neotevření kroužku (z důvodu malého zájmu), budete informováni</w:t>
      </w:r>
      <w:r w:rsidR="003B10F5" w:rsidRPr="0072577C">
        <w:rPr>
          <w:rFonts w:ascii="Times New Roman" w:hAnsi="Times New Roman" w:cs="Times New Roman"/>
        </w:rPr>
        <w:t xml:space="preserve">. V případě, že nebudete mít o jiné aktivity v klubu zájem, </w:t>
      </w:r>
      <w:r w:rsidR="00501784" w:rsidRPr="0072577C">
        <w:rPr>
          <w:rFonts w:ascii="Times New Roman" w:hAnsi="Times New Roman" w:cs="Times New Roman"/>
        </w:rPr>
        <w:t xml:space="preserve">přihláška do klubu bude stornována. </w:t>
      </w:r>
    </w:p>
    <w:tbl>
      <w:tblPr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1"/>
        <w:gridCol w:w="1701"/>
        <w:gridCol w:w="1282"/>
        <w:gridCol w:w="1411"/>
        <w:gridCol w:w="1559"/>
        <w:gridCol w:w="1985"/>
      </w:tblGrid>
      <w:tr w:rsidR="000C5D2E" w:rsidRPr="003B10F5" w14:paraId="2A7F8988" w14:textId="77777777" w:rsidTr="00F53AD0">
        <w:tc>
          <w:tcPr>
            <w:tcW w:w="2201" w:type="dxa"/>
          </w:tcPr>
          <w:p w14:paraId="4413411C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Název kroužku</w:t>
            </w:r>
          </w:p>
        </w:tc>
        <w:tc>
          <w:tcPr>
            <w:tcW w:w="1701" w:type="dxa"/>
          </w:tcPr>
          <w:p w14:paraId="31B5A86A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Vedoucí</w:t>
            </w:r>
          </w:p>
        </w:tc>
        <w:tc>
          <w:tcPr>
            <w:tcW w:w="1282" w:type="dxa"/>
          </w:tcPr>
          <w:p w14:paraId="210AAACC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Ročník</w:t>
            </w:r>
          </w:p>
        </w:tc>
        <w:tc>
          <w:tcPr>
            <w:tcW w:w="1411" w:type="dxa"/>
          </w:tcPr>
          <w:p w14:paraId="3147281B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Den konání</w:t>
            </w:r>
          </w:p>
        </w:tc>
        <w:tc>
          <w:tcPr>
            <w:tcW w:w="1559" w:type="dxa"/>
          </w:tcPr>
          <w:p w14:paraId="11DA5F0A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Čas</w:t>
            </w:r>
          </w:p>
        </w:tc>
        <w:tc>
          <w:tcPr>
            <w:tcW w:w="1985" w:type="dxa"/>
          </w:tcPr>
          <w:p w14:paraId="017CC433" w14:textId="77777777" w:rsidR="000C5D2E" w:rsidRPr="003B10F5" w:rsidRDefault="000C5D2E" w:rsidP="000C5D2E">
            <w:pPr>
              <w:spacing w:after="0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Pokud </w:t>
            </w:r>
            <w:proofErr w:type="gramStart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máte  o</w:t>
            </w:r>
            <w:proofErr w:type="gramEnd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kroužek zájem</w:t>
            </w:r>
            <w:r w:rsidR="00501784" w:rsidRPr="003B10F5">
              <w:rPr>
                <w:rFonts w:asciiTheme="majorHAnsi" w:hAnsiTheme="majorHAnsi" w:cstheme="majorHAnsi"/>
                <w:sz w:val="18"/>
                <w:szCs w:val="18"/>
              </w:rPr>
              <w:t>,</w:t>
            </w: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označte  </w:t>
            </w:r>
            <w:r w:rsidRPr="003B10F5">
              <w:rPr>
                <w:rFonts w:asciiTheme="majorHAnsi" w:hAnsiTheme="majorHAnsi" w:cstheme="majorHAnsi"/>
                <w:sz w:val="18"/>
                <w:szCs w:val="18"/>
                <w:lang w:eastAsia="cs-CZ"/>
              </w:rPr>
              <w:drawing>
                <wp:inline distT="0" distB="0" distL="0" distR="0" wp14:anchorId="2F0391C5" wp14:editId="36FC00DE">
                  <wp:extent cx="114300" cy="93767"/>
                  <wp:effectExtent l="0" t="0" r="0" b="190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9" cy="93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5D2E" w:rsidRPr="003B10F5" w14:paraId="1BB74351" w14:textId="77777777" w:rsidTr="00F53AD0">
        <w:tc>
          <w:tcPr>
            <w:tcW w:w="2201" w:type="dxa"/>
          </w:tcPr>
          <w:p w14:paraId="79CBF84D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Příprava na přijímací zkoušky z ČJ</w:t>
            </w:r>
          </w:p>
        </w:tc>
        <w:tc>
          <w:tcPr>
            <w:tcW w:w="1701" w:type="dxa"/>
          </w:tcPr>
          <w:p w14:paraId="21019BC5" w14:textId="2412E99F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Kleinová</w:t>
            </w:r>
          </w:p>
        </w:tc>
        <w:tc>
          <w:tcPr>
            <w:tcW w:w="1282" w:type="dxa"/>
          </w:tcPr>
          <w:p w14:paraId="55C1A51D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9. ročník</w:t>
            </w:r>
          </w:p>
        </w:tc>
        <w:tc>
          <w:tcPr>
            <w:tcW w:w="1411" w:type="dxa"/>
          </w:tcPr>
          <w:p w14:paraId="00E82D7E" w14:textId="748795B5" w:rsidR="000C5D2E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Č</w:t>
            </w:r>
            <w:r w:rsidR="00BE34DF">
              <w:rPr>
                <w:rFonts w:asciiTheme="majorHAnsi" w:hAnsiTheme="majorHAnsi" w:cstheme="majorHAnsi"/>
                <w:sz w:val="18"/>
                <w:szCs w:val="18"/>
              </w:rPr>
              <w:t>t</w:t>
            </w:r>
          </w:p>
        </w:tc>
        <w:tc>
          <w:tcPr>
            <w:tcW w:w="1559" w:type="dxa"/>
          </w:tcPr>
          <w:p w14:paraId="6625FA16" w14:textId="5F9FDC36" w:rsidR="000C5D2E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6.45 – 7:45</w:t>
            </w:r>
          </w:p>
        </w:tc>
        <w:tc>
          <w:tcPr>
            <w:tcW w:w="1985" w:type="dxa"/>
          </w:tcPr>
          <w:p w14:paraId="59F80A7D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C5D2E" w:rsidRPr="003B10F5" w14:paraId="3EE03647" w14:textId="77777777" w:rsidTr="00F53AD0">
        <w:tc>
          <w:tcPr>
            <w:tcW w:w="2201" w:type="dxa"/>
          </w:tcPr>
          <w:p w14:paraId="609E2F19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Příprava na přijímací zkoušky z ČJ</w:t>
            </w:r>
          </w:p>
        </w:tc>
        <w:tc>
          <w:tcPr>
            <w:tcW w:w="1701" w:type="dxa"/>
          </w:tcPr>
          <w:p w14:paraId="2F81C686" w14:textId="19DCC72A" w:rsidR="000C5D2E" w:rsidRPr="003B10F5" w:rsidRDefault="003B10F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Myslivcová</w:t>
            </w:r>
          </w:p>
        </w:tc>
        <w:tc>
          <w:tcPr>
            <w:tcW w:w="1282" w:type="dxa"/>
          </w:tcPr>
          <w:p w14:paraId="20A9C07F" w14:textId="7DE8F8AB" w:rsidR="000C5D2E" w:rsidRPr="003B10F5" w:rsidRDefault="001723AF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9.ročník</w:t>
            </w:r>
          </w:p>
        </w:tc>
        <w:tc>
          <w:tcPr>
            <w:tcW w:w="1411" w:type="dxa"/>
          </w:tcPr>
          <w:p w14:paraId="2B4A9C5C" w14:textId="507FB589" w:rsidR="000C5D2E" w:rsidRPr="003B10F5" w:rsidRDefault="00BE34DF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St</w:t>
            </w:r>
          </w:p>
        </w:tc>
        <w:tc>
          <w:tcPr>
            <w:tcW w:w="1559" w:type="dxa"/>
          </w:tcPr>
          <w:p w14:paraId="685D2F31" w14:textId="168048BF" w:rsidR="000C5D2E" w:rsidRPr="003B10F5" w:rsidRDefault="00BE34DF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14:15 – 15:15</w:t>
            </w:r>
          </w:p>
        </w:tc>
        <w:tc>
          <w:tcPr>
            <w:tcW w:w="1985" w:type="dxa"/>
          </w:tcPr>
          <w:p w14:paraId="59E8465D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C5D2E" w:rsidRPr="003B10F5" w14:paraId="281497B1" w14:textId="77777777" w:rsidTr="00F53AD0">
        <w:tc>
          <w:tcPr>
            <w:tcW w:w="2201" w:type="dxa"/>
          </w:tcPr>
          <w:p w14:paraId="3A8F0920" w14:textId="20BC7B2A" w:rsidR="000C5D2E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Příprava na přijímací zkoušky z </w:t>
            </w:r>
            <w:r w:rsidR="003B10F5" w:rsidRPr="003B10F5">
              <w:rPr>
                <w:rFonts w:asciiTheme="majorHAnsi" w:hAnsiTheme="majorHAnsi" w:cstheme="majorHAnsi"/>
                <w:sz w:val="18"/>
                <w:szCs w:val="18"/>
              </w:rPr>
              <w:t>MA</w:t>
            </w:r>
          </w:p>
        </w:tc>
        <w:tc>
          <w:tcPr>
            <w:tcW w:w="1701" w:type="dxa"/>
          </w:tcPr>
          <w:p w14:paraId="3C1D03CB" w14:textId="77777777" w:rsidR="000C5D2E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Mgr. </w:t>
            </w:r>
            <w:r w:rsidR="003B10F5" w:rsidRPr="003B10F5">
              <w:rPr>
                <w:rFonts w:asciiTheme="majorHAnsi" w:hAnsiTheme="majorHAnsi" w:cstheme="majorHAnsi"/>
                <w:sz w:val="18"/>
                <w:szCs w:val="18"/>
              </w:rPr>
              <w:t>Stachová</w:t>
            </w:r>
          </w:p>
          <w:p w14:paraId="3C837A56" w14:textId="77777777" w:rsidR="003B10F5" w:rsidRPr="003B10F5" w:rsidRDefault="003B10F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Nedbalová</w:t>
            </w:r>
          </w:p>
          <w:p w14:paraId="5985AE13" w14:textId="3065F3DB" w:rsidR="003B10F5" w:rsidRPr="003B10F5" w:rsidRDefault="003B10F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Fričová</w:t>
            </w:r>
          </w:p>
        </w:tc>
        <w:tc>
          <w:tcPr>
            <w:tcW w:w="1282" w:type="dxa"/>
          </w:tcPr>
          <w:p w14:paraId="7873F3AE" w14:textId="281E70DC" w:rsidR="000C5D2E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9.ročník</w:t>
            </w:r>
          </w:p>
        </w:tc>
        <w:tc>
          <w:tcPr>
            <w:tcW w:w="1411" w:type="dxa"/>
          </w:tcPr>
          <w:p w14:paraId="13583FD1" w14:textId="35FD8246" w:rsidR="000C5D2E" w:rsidRPr="003B10F5" w:rsidRDefault="00BE34DF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Po</w:t>
            </w:r>
          </w:p>
        </w:tc>
        <w:tc>
          <w:tcPr>
            <w:tcW w:w="1559" w:type="dxa"/>
          </w:tcPr>
          <w:p w14:paraId="3B94F417" w14:textId="6DBE71CF" w:rsidR="000C5D2E" w:rsidRPr="003B10F5" w:rsidRDefault="00BE34DF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</w:tcPr>
          <w:p w14:paraId="5C64F4EA" w14:textId="77777777" w:rsidR="000C5D2E" w:rsidRPr="003B10F5" w:rsidRDefault="000C5D2E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53AD0" w:rsidRPr="003B10F5" w14:paraId="2A30F61D" w14:textId="77777777" w:rsidTr="00DA1FC9"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5E843" w14:textId="76170FDF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Rozšiřující mate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matika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017A9" w14:textId="77777777" w:rsidR="00F53AD0" w:rsidRPr="003B10F5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Stachová</w:t>
            </w:r>
          </w:p>
          <w:p w14:paraId="326862B2" w14:textId="77777777" w:rsidR="00F53AD0" w:rsidRPr="003B10F5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Nedbalová</w:t>
            </w:r>
          </w:p>
          <w:p w14:paraId="661C0C7B" w14:textId="77777777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7C916" w14:textId="47C95972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8.ročník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A3B3D" w14:textId="52F6EF5E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St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F82BA" w14:textId="10631507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</w:tcPr>
          <w:p w14:paraId="4C17053E" w14:textId="77777777" w:rsidR="00F53AD0" w:rsidRPr="003B10F5" w:rsidRDefault="00F53AD0" w:rsidP="00DA1FC9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379FB" w:rsidRPr="003B10F5" w14:paraId="26C29F0B" w14:textId="77777777" w:rsidTr="00F53AD0">
        <w:tc>
          <w:tcPr>
            <w:tcW w:w="2201" w:type="dxa"/>
          </w:tcPr>
          <w:p w14:paraId="390C1D3F" w14:textId="4BB9BC39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Keramický kroužek</w:t>
            </w:r>
          </w:p>
        </w:tc>
        <w:tc>
          <w:tcPr>
            <w:tcW w:w="1701" w:type="dxa"/>
          </w:tcPr>
          <w:p w14:paraId="7BD4D91B" w14:textId="4B1891B0" w:rsidR="00B379FB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Řepková</w:t>
            </w:r>
          </w:p>
          <w:p w14:paraId="1C3585C4" w14:textId="6B31A87B" w:rsidR="009726E7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Mgr.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Kálecká</w:t>
            </w:r>
            <w:proofErr w:type="spellEnd"/>
          </w:p>
        </w:tc>
        <w:tc>
          <w:tcPr>
            <w:tcW w:w="1282" w:type="dxa"/>
          </w:tcPr>
          <w:p w14:paraId="7B8A2D99" w14:textId="77777777" w:rsidR="00B379FB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2.-5. ročník</w:t>
            </w:r>
          </w:p>
          <w:p w14:paraId="4C598266" w14:textId="6BA18A6B" w:rsidR="009726E7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411" w:type="dxa"/>
          </w:tcPr>
          <w:p w14:paraId="20EC66DD" w14:textId="286CFCCB" w:rsidR="00B379FB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Stř</w:t>
            </w:r>
            <w:proofErr w:type="spellEnd"/>
          </w:p>
        </w:tc>
        <w:tc>
          <w:tcPr>
            <w:tcW w:w="1559" w:type="dxa"/>
          </w:tcPr>
          <w:p w14:paraId="2832DDAA" w14:textId="7795E38D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13:</w:t>
            </w:r>
            <w:r w:rsidR="009726E7">
              <w:rPr>
                <w:rFonts w:asciiTheme="majorHAnsi" w:hAnsiTheme="majorHAnsi" w:cstheme="majorHAnsi"/>
                <w:sz w:val="18"/>
                <w:szCs w:val="18"/>
              </w:rPr>
              <w:t>00</w:t>
            </w: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- 15:</w:t>
            </w:r>
            <w:r w:rsidR="009726E7">
              <w:rPr>
                <w:rFonts w:asciiTheme="majorHAnsi" w:hAnsiTheme="majorHAnsi" w:cstheme="majorHAnsi"/>
                <w:sz w:val="18"/>
                <w:szCs w:val="18"/>
              </w:rPr>
              <w:t>00</w:t>
            </w:r>
          </w:p>
        </w:tc>
        <w:tc>
          <w:tcPr>
            <w:tcW w:w="1985" w:type="dxa"/>
          </w:tcPr>
          <w:p w14:paraId="426E9122" w14:textId="77777777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379FB" w:rsidRPr="003B10F5" w14:paraId="72680194" w14:textId="77777777" w:rsidTr="00F53AD0">
        <w:tc>
          <w:tcPr>
            <w:tcW w:w="2201" w:type="dxa"/>
          </w:tcPr>
          <w:p w14:paraId="135C2CBC" w14:textId="60768EED" w:rsidR="00B379FB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9726E7">
              <w:rPr>
                <w:rFonts w:asciiTheme="majorHAnsi" w:hAnsiTheme="majorHAnsi" w:cstheme="majorHAnsi"/>
                <w:sz w:val="18"/>
                <w:szCs w:val="18"/>
              </w:rPr>
              <w:t>Biblické příběhy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– seznámení s příběhy a postavami Starého a Nového zákona</w:t>
            </w:r>
          </w:p>
        </w:tc>
        <w:tc>
          <w:tcPr>
            <w:tcW w:w="1701" w:type="dxa"/>
          </w:tcPr>
          <w:p w14:paraId="522CE390" w14:textId="12AD2AC0" w:rsidR="00B379FB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  <w:highlight w:val="yellow"/>
              </w:rPr>
            </w:pPr>
            <w:r w:rsidRPr="009726E7">
              <w:rPr>
                <w:rFonts w:asciiTheme="majorHAnsi" w:hAnsiTheme="majorHAnsi" w:cstheme="majorHAnsi"/>
                <w:sz w:val="18"/>
                <w:szCs w:val="18"/>
              </w:rPr>
              <w:t>Mgr. Menclová</w:t>
            </w:r>
          </w:p>
        </w:tc>
        <w:tc>
          <w:tcPr>
            <w:tcW w:w="1282" w:type="dxa"/>
          </w:tcPr>
          <w:p w14:paraId="1F22FF27" w14:textId="6B039190" w:rsidR="00B379FB" w:rsidRPr="00F53AD0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F53AD0">
              <w:rPr>
                <w:rFonts w:asciiTheme="majorHAnsi" w:hAnsiTheme="majorHAnsi" w:cstheme="majorHAnsi"/>
                <w:sz w:val="18"/>
                <w:szCs w:val="18"/>
              </w:rPr>
              <w:t>4.-5.ročník</w:t>
            </w:r>
          </w:p>
        </w:tc>
        <w:tc>
          <w:tcPr>
            <w:tcW w:w="1411" w:type="dxa"/>
          </w:tcPr>
          <w:p w14:paraId="1CA34DF7" w14:textId="6E3A8571" w:rsidR="00B379FB" w:rsidRPr="00F53AD0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Po</w:t>
            </w:r>
          </w:p>
        </w:tc>
        <w:tc>
          <w:tcPr>
            <w:tcW w:w="1559" w:type="dxa"/>
          </w:tcPr>
          <w:p w14:paraId="3FF2CB8E" w14:textId="06CBDC42" w:rsidR="00B379FB" w:rsidRPr="00F53AD0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</w:tcPr>
          <w:p w14:paraId="6077E3B8" w14:textId="77777777" w:rsidR="00B379FB" w:rsidRPr="00F53AD0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379FB" w:rsidRPr="003B10F5" w14:paraId="700DA2FC" w14:textId="77777777" w:rsidTr="00F53AD0">
        <w:tc>
          <w:tcPr>
            <w:tcW w:w="2201" w:type="dxa"/>
          </w:tcPr>
          <w:p w14:paraId="1B116EA6" w14:textId="410E7E17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Dramatický kroužek Bělásek</w:t>
            </w:r>
          </w:p>
        </w:tc>
        <w:tc>
          <w:tcPr>
            <w:tcW w:w="1701" w:type="dxa"/>
          </w:tcPr>
          <w:p w14:paraId="06CE8EBB" w14:textId="6139A771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Mgr.  Kleinová</w:t>
            </w:r>
          </w:p>
        </w:tc>
        <w:tc>
          <w:tcPr>
            <w:tcW w:w="1282" w:type="dxa"/>
          </w:tcPr>
          <w:p w14:paraId="3D4646CB" w14:textId="708E1725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6. – 9.</w:t>
            </w:r>
          </w:p>
        </w:tc>
        <w:tc>
          <w:tcPr>
            <w:tcW w:w="1411" w:type="dxa"/>
          </w:tcPr>
          <w:p w14:paraId="4C16AFB0" w14:textId="6B4F4B30" w:rsidR="00B379FB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Pá</w:t>
            </w:r>
          </w:p>
        </w:tc>
        <w:tc>
          <w:tcPr>
            <w:tcW w:w="1559" w:type="dxa"/>
          </w:tcPr>
          <w:p w14:paraId="1D5ED9E4" w14:textId="34B9666D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13,50-14,50</w:t>
            </w:r>
          </w:p>
        </w:tc>
        <w:tc>
          <w:tcPr>
            <w:tcW w:w="1985" w:type="dxa"/>
          </w:tcPr>
          <w:p w14:paraId="5AD9C955" w14:textId="77777777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B379FB" w:rsidRPr="003B10F5" w14:paraId="520B245A" w14:textId="77777777" w:rsidTr="00F53AD0">
        <w:tc>
          <w:tcPr>
            <w:tcW w:w="2201" w:type="dxa"/>
          </w:tcPr>
          <w:p w14:paraId="563286F8" w14:textId="2A6E1967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Šachy</w:t>
            </w:r>
          </w:p>
        </w:tc>
        <w:tc>
          <w:tcPr>
            <w:tcW w:w="1701" w:type="dxa"/>
          </w:tcPr>
          <w:p w14:paraId="6B70C7CF" w14:textId="3CF1DA1F" w:rsidR="00B379FB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Mgr. Šimíčková </w:t>
            </w:r>
          </w:p>
        </w:tc>
        <w:tc>
          <w:tcPr>
            <w:tcW w:w="1282" w:type="dxa"/>
          </w:tcPr>
          <w:p w14:paraId="60AE49BB" w14:textId="2214357D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4. – 9.</w:t>
            </w:r>
          </w:p>
        </w:tc>
        <w:tc>
          <w:tcPr>
            <w:tcW w:w="1411" w:type="dxa"/>
          </w:tcPr>
          <w:p w14:paraId="194F7CC1" w14:textId="497BB654" w:rsidR="00B379FB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Po</w:t>
            </w:r>
          </w:p>
        </w:tc>
        <w:tc>
          <w:tcPr>
            <w:tcW w:w="1559" w:type="dxa"/>
          </w:tcPr>
          <w:p w14:paraId="1971A838" w14:textId="45A464EA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14.00-15.00</w:t>
            </w:r>
          </w:p>
        </w:tc>
        <w:tc>
          <w:tcPr>
            <w:tcW w:w="1985" w:type="dxa"/>
          </w:tcPr>
          <w:p w14:paraId="384F3759" w14:textId="77777777" w:rsidR="00B379FB" w:rsidRPr="003B10F5" w:rsidRDefault="00B379FB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7A9AD402" w14:textId="77777777" w:rsidTr="00F53AD0">
        <w:tc>
          <w:tcPr>
            <w:tcW w:w="2201" w:type="dxa"/>
          </w:tcPr>
          <w:p w14:paraId="107E746E" w14:textId="12488253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English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cource</w:t>
            </w:r>
            <w:proofErr w:type="spellEnd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- </w:t>
            </w:r>
            <w:r w:rsidR="000923B5"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proofErr w:type="spellStart"/>
            <w:r w:rsidR="000923B5" w:rsidRPr="003B10F5">
              <w:rPr>
                <w:rFonts w:asciiTheme="majorHAnsi" w:hAnsiTheme="majorHAnsi" w:cstheme="majorHAnsi"/>
                <w:sz w:val="18"/>
                <w:szCs w:val="18"/>
              </w:rPr>
              <w:t>česko</w:t>
            </w:r>
            <w:proofErr w:type="spellEnd"/>
            <w:proofErr w:type="gramEnd"/>
            <w:r w:rsidR="000923B5"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– chorvatského přátelství</w:t>
            </w:r>
          </w:p>
        </w:tc>
        <w:tc>
          <w:tcPr>
            <w:tcW w:w="1701" w:type="dxa"/>
          </w:tcPr>
          <w:p w14:paraId="5E454A5E" w14:textId="2549A87C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Vojtěch </w:t>
            </w:r>
            <w:proofErr w:type="spellStart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Špetlík</w:t>
            </w:r>
            <w:proofErr w:type="spellEnd"/>
          </w:p>
        </w:tc>
        <w:tc>
          <w:tcPr>
            <w:tcW w:w="1282" w:type="dxa"/>
          </w:tcPr>
          <w:p w14:paraId="2342F103" w14:textId="24AD23C2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gramStart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6 - 9</w:t>
            </w:r>
            <w:proofErr w:type="gramEnd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. ročník</w:t>
            </w:r>
          </w:p>
        </w:tc>
        <w:tc>
          <w:tcPr>
            <w:tcW w:w="1411" w:type="dxa"/>
          </w:tcPr>
          <w:p w14:paraId="5A24B30A" w14:textId="0FF9144F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ČT</w:t>
            </w:r>
          </w:p>
        </w:tc>
        <w:tc>
          <w:tcPr>
            <w:tcW w:w="1559" w:type="dxa"/>
          </w:tcPr>
          <w:p w14:paraId="4CF57441" w14:textId="0FF46A54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14:00 – 15:00</w:t>
            </w:r>
          </w:p>
        </w:tc>
        <w:tc>
          <w:tcPr>
            <w:tcW w:w="1985" w:type="dxa"/>
          </w:tcPr>
          <w:p w14:paraId="7F79B17C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318E5CCD" w14:textId="77777777" w:rsidTr="00F53AD0">
        <w:tc>
          <w:tcPr>
            <w:tcW w:w="2201" w:type="dxa"/>
          </w:tcPr>
          <w:p w14:paraId="2E5AA1E5" w14:textId="2DFBFC31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Posilovna</w:t>
            </w:r>
          </w:p>
        </w:tc>
        <w:tc>
          <w:tcPr>
            <w:tcW w:w="1701" w:type="dxa"/>
          </w:tcPr>
          <w:p w14:paraId="6601887C" w14:textId="6D24585E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Vojtěch </w:t>
            </w:r>
            <w:proofErr w:type="spellStart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Špetlík</w:t>
            </w:r>
            <w:proofErr w:type="spellEnd"/>
          </w:p>
        </w:tc>
        <w:tc>
          <w:tcPr>
            <w:tcW w:w="1282" w:type="dxa"/>
          </w:tcPr>
          <w:p w14:paraId="63DDE306" w14:textId="69E6029B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8.-9. ročník</w:t>
            </w:r>
          </w:p>
        </w:tc>
        <w:tc>
          <w:tcPr>
            <w:tcW w:w="1411" w:type="dxa"/>
          </w:tcPr>
          <w:p w14:paraId="525B3F2F" w14:textId="49422AEB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Pa</w:t>
            </w:r>
          </w:p>
        </w:tc>
        <w:tc>
          <w:tcPr>
            <w:tcW w:w="1559" w:type="dxa"/>
          </w:tcPr>
          <w:p w14:paraId="1193DE65" w14:textId="5B325FEA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14:00 – 15:00</w:t>
            </w:r>
          </w:p>
        </w:tc>
        <w:tc>
          <w:tcPr>
            <w:tcW w:w="1985" w:type="dxa"/>
          </w:tcPr>
          <w:p w14:paraId="70C786E1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233040B7" w14:textId="77777777" w:rsidTr="00F53AD0">
        <w:tc>
          <w:tcPr>
            <w:tcW w:w="2201" w:type="dxa"/>
          </w:tcPr>
          <w:p w14:paraId="3D8AF013" w14:textId="21ECD6C6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Včelařský</w:t>
            </w:r>
          </w:p>
        </w:tc>
        <w:tc>
          <w:tcPr>
            <w:tcW w:w="1701" w:type="dxa"/>
          </w:tcPr>
          <w:p w14:paraId="1628ED4F" w14:textId="1AECF191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Mgr. </w:t>
            </w: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Svatušková</w:t>
            </w:r>
            <w:proofErr w:type="spellEnd"/>
          </w:p>
        </w:tc>
        <w:tc>
          <w:tcPr>
            <w:tcW w:w="1282" w:type="dxa"/>
          </w:tcPr>
          <w:p w14:paraId="3B24B276" w14:textId="7B91B9D9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4.- 9. ročník</w:t>
            </w:r>
          </w:p>
        </w:tc>
        <w:tc>
          <w:tcPr>
            <w:tcW w:w="1411" w:type="dxa"/>
          </w:tcPr>
          <w:p w14:paraId="09DF2CA4" w14:textId="27491E2F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proofErr w:type="spellStart"/>
            <w:r>
              <w:rPr>
                <w:rFonts w:asciiTheme="majorHAnsi" w:hAnsiTheme="majorHAnsi" w:cstheme="majorHAnsi"/>
                <w:sz w:val="18"/>
                <w:szCs w:val="18"/>
              </w:rPr>
              <w:t>Stř</w:t>
            </w:r>
            <w:proofErr w:type="spellEnd"/>
          </w:p>
        </w:tc>
        <w:tc>
          <w:tcPr>
            <w:tcW w:w="1559" w:type="dxa"/>
          </w:tcPr>
          <w:p w14:paraId="51C045E6" w14:textId="70E6F908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14:00 – 15:00</w:t>
            </w:r>
          </w:p>
        </w:tc>
        <w:tc>
          <w:tcPr>
            <w:tcW w:w="1985" w:type="dxa"/>
          </w:tcPr>
          <w:p w14:paraId="58467CD8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6CD61277" w14:textId="77777777" w:rsidTr="00373B23">
        <w:trPr>
          <w:trHeight w:val="458"/>
        </w:trPr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44BD1" w14:textId="3849E922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Dramatický kroužek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D406F" w14:textId="542F30FD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Mgr. Řepková, </w:t>
            </w:r>
            <w:r w:rsidR="00373B23">
              <w:rPr>
                <w:rFonts w:asciiTheme="majorHAnsi" w:hAnsiTheme="majorHAnsi" w:cstheme="majorHAnsi"/>
                <w:sz w:val="18"/>
                <w:szCs w:val="18"/>
              </w:rPr>
              <w:t xml:space="preserve">Mgr. </w:t>
            </w:r>
            <w:proofErr w:type="spellStart"/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Kálecká</w:t>
            </w:r>
            <w:proofErr w:type="spellEnd"/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D9BF2" w14:textId="3FE55046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9726E7">
              <w:rPr>
                <w:rFonts w:asciiTheme="majorHAnsi" w:hAnsiTheme="majorHAnsi" w:cstheme="majorHAnsi"/>
                <w:sz w:val="18"/>
                <w:szCs w:val="18"/>
              </w:rPr>
              <w:t xml:space="preserve">4.-5. </w:t>
            </w:r>
            <w:r w:rsidRPr="003B10F5">
              <w:rPr>
                <w:rFonts w:asciiTheme="majorHAnsi" w:hAnsiTheme="majorHAnsi" w:cstheme="majorHAnsi"/>
                <w:sz w:val="18"/>
                <w:szCs w:val="18"/>
              </w:rPr>
              <w:t>ročník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4608A" w14:textId="4E4735B8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Čt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86EDD" w14:textId="4D13EDC7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13:00 – 14:00</w:t>
            </w:r>
          </w:p>
        </w:tc>
        <w:tc>
          <w:tcPr>
            <w:tcW w:w="1985" w:type="dxa"/>
          </w:tcPr>
          <w:p w14:paraId="0A62013C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2354DE1F" w14:textId="77777777" w:rsidTr="00F53AD0"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8F5DDB" w14:textId="496D085D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Filmový klub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1099DC" w14:textId="26A4CEAF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Mgr. Řezáč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B7E23" w14:textId="66A18F0B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6.-9. ročník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52F03C" w14:textId="27C76519" w:rsidR="000923B5" w:rsidRPr="003B10F5" w:rsidRDefault="009726E7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Po 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720D1" w14:textId="2AF88DD2" w:rsidR="000923B5" w:rsidRPr="003B10F5" w:rsidRDefault="007D7A68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29E6F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0923B5" w:rsidRPr="003B10F5" w14:paraId="5841F7C1" w14:textId="77777777" w:rsidTr="00F53AD0"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8F70FB" w14:textId="77777777" w:rsidR="000923B5" w:rsidRDefault="00F53AD0" w:rsidP="000C5D2E">
            <w:pPr>
              <w:spacing w:after="0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Cs/>
                <w:sz w:val="18"/>
                <w:szCs w:val="18"/>
              </w:rPr>
              <w:t>Konverzace anglický jazyk</w:t>
            </w:r>
          </w:p>
          <w:p w14:paraId="09D9FDEB" w14:textId="44CF6EEB" w:rsidR="00F53AD0" w:rsidRPr="00F53AD0" w:rsidRDefault="00F53AD0" w:rsidP="000C5D2E">
            <w:pPr>
              <w:spacing w:after="0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Cs/>
                <w:sz w:val="18"/>
                <w:szCs w:val="18"/>
              </w:rPr>
              <w:t>mírně pokročilý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EECBC2" w14:textId="085ECFD9" w:rsidR="000923B5" w:rsidRPr="003B10F5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Mgr. Grögerová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0B8B7A" w14:textId="764A0D36" w:rsidR="000923B5" w:rsidRPr="003B10F5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6.- 9.ročník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26B11" w14:textId="0F7325D9" w:rsidR="000923B5" w:rsidRPr="003B10F5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Po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0B602" w14:textId="4B5C0F47" w:rsidR="000923B5" w:rsidRPr="003B10F5" w:rsidRDefault="00F53AD0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33700" w14:textId="77777777" w:rsidR="000923B5" w:rsidRPr="003B10F5" w:rsidRDefault="000923B5" w:rsidP="000C5D2E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F53AD0" w:rsidRPr="003B10F5" w14:paraId="75B59209" w14:textId="77777777" w:rsidTr="00F53AD0">
        <w:tc>
          <w:tcPr>
            <w:tcW w:w="22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AF003" w14:textId="77777777" w:rsidR="00F53AD0" w:rsidRDefault="00F53AD0" w:rsidP="00F53AD0">
            <w:pPr>
              <w:spacing w:after="0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Cs/>
                <w:sz w:val="18"/>
                <w:szCs w:val="18"/>
              </w:rPr>
              <w:t>Konverzace anglický jazyk</w:t>
            </w:r>
          </w:p>
          <w:p w14:paraId="46D88647" w14:textId="54567FED" w:rsidR="00F53AD0" w:rsidRDefault="00F53AD0" w:rsidP="00F53AD0">
            <w:pPr>
              <w:spacing w:after="0"/>
              <w:rPr>
                <w:rFonts w:asciiTheme="majorHAnsi" w:hAnsiTheme="majorHAnsi" w:cstheme="majorHAnsi"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iCs/>
                <w:sz w:val="18"/>
                <w:szCs w:val="18"/>
              </w:rPr>
              <w:t>mírně pokročilý</w:t>
            </w:r>
          </w:p>
        </w:tc>
        <w:tc>
          <w:tcPr>
            <w:tcW w:w="1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A429FB" w14:textId="0E261A18" w:rsidR="00F53AD0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Mgr. Grögerová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B7A5E" w14:textId="66C3B61A" w:rsidR="00F53AD0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6.- 9.ročník</w:t>
            </w:r>
          </w:p>
        </w:tc>
        <w:tc>
          <w:tcPr>
            <w:tcW w:w="14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C24F79" w14:textId="7DFE7AA5" w:rsidR="00F53AD0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Út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FC14E" w14:textId="64891FF0" w:rsidR="00F53AD0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13:45 – 14:45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99D8" w14:textId="77777777" w:rsidR="00F53AD0" w:rsidRPr="003B10F5" w:rsidRDefault="00F53AD0" w:rsidP="00F53AD0">
            <w:pPr>
              <w:spacing w:after="0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10226EE4" w14:textId="40071FDF" w:rsidR="0072577C" w:rsidRDefault="0072577C" w:rsidP="00CC1B1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B81C67" w14:textId="37A15FA0" w:rsidR="00B62B5E" w:rsidRPr="00373B23" w:rsidRDefault="00B62B5E" w:rsidP="00CC1B14">
      <w:pPr>
        <w:rPr>
          <w:b/>
          <w:bCs/>
          <w:sz w:val="24"/>
          <w:szCs w:val="24"/>
        </w:rPr>
      </w:pPr>
      <w:r w:rsidRPr="00373B23">
        <w:rPr>
          <w:b/>
          <w:bCs/>
          <w:sz w:val="24"/>
          <w:szCs w:val="24"/>
        </w:rPr>
        <w:t xml:space="preserve">VYPLNĚNOU PŘIHLÁŠKU PROSÍM </w:t>
      </w:r>
      <w:r w:rsidR="0072577C" w:rsidRPr="00373B23">
        <w:rPr>
          <w:b/>
          <w:bCs/>
          <w:sz w:val="24"/>
          <w:szCs w:val="24"/>
        </w:rPr>
        <w:t>ODEVZDEJTE DO</w:t>
      </w:r>
      <w:r w:rsidR="008971EB" w:rsidRPr="00373B23">
        <w:rPr>
          <w:b/>
          <w:bCs/>
          <w:sz w:val="24"/>
          <w:szCs w:val="24"/>
        </w:rPr>
        <w:t xml:space="preserve"> </w:t>
      </w:r>
      <w:r w:rsidR="0072577C" w:rsidRPr="00373B23">
        <w:rPr>
          <w:b/>
          <w:bCs/>
          <w:sz w:val="24"/>
          <w:szCs w:val="24"/>
        </w:rPr>
        <w:t>15.9. NA</w:t>
      </w:r>
      <w:r w:rsidR="00B109E0" w:rsidRPr="00373B23">
        <w:rPr>
          <w:b/>
          <w:bCs/>
          <w:sz w:val="24"/>
          <w:szCs w:val="24"/>
        </w:rPr>
        <w:t xml:space="preserve"> RECEPCI ŠKOLY</w:t>
      </w:r>
      <w:r w:rsidR="0072577C" w:rsidRPr="00373B23">
        <w:rPr>
          <w:b/>
          <w:bCs/>
          <w:sz w:val="24"/>
          <w:szCs w:val="24"/>
        </w:rPr>
        <w:t>, DO KLUBU VOJTOVI ŚPETLÍKOVI NEBO DO KANCELÁŘE ŠKOLY. NEPLAŤTE</w:t>
      </w:r>
      <w:r w:rsidR="008971EB" w:rsidRPr="00373B23">
        <w:rPr>
          <w:b/>
          <w:bCs/>
          <w:sz w:val="24"/>
          <w:szCs w:val="24"/>
        </w:rPr>
        <w:t xml:space="preserve"> DŘÍV NEŽ DOSTANETE POTVRZENÍ S VARIABILNÍM SYMBOLEM.</w:t>
      </w:r>
    </w:p>
    <w:p w14:paraId="2133B93D" w14:textId="1A41EB4D" w:rsidR="0072577C" w:rsidRPr="000C5D2E" w:rsidRDefault="00E83B99" w:rsidP="0072577C">
      <w:pPr>
        <w:spacing w:after="0"/>
      </w:pPr>
      <w:r w:rsidRPr="003B10F5">
        <w:t xml:space="preserve">. </w:t>
      </w:r>
    </w:p>
    <w:p w14:paraId="78F8D1D5" w14:textId="19180C96" w:rsidR="00A1245E" w:rsidRDefault="00A1245E" w:rsidP="00DB4411"/>
    <w:p w14:paraId="4DF17A37" w14:textId="77777777" w:rsidR="00373B23" w:rsidRDefault="00373B23" w:rsidP="00DB4411"/>
    <w:p w14:paraId="11DF1AFE" w14:textId="77777777" w:rsidR="00373B23" w:rsidRDefault="00373B23" w:rsidP="00DB4411"/>
    <w:p w14:paraId="29E49E03" w14:textId="428EB16E" w:rsidR="00373B23" w:rsidRDefault="00373B23" w:rsidP="00373B23">
      <w:pPr>
        <w:jc w:val="center"/>
        <w:rPr>
          <w:b/>
          <w:sz w:val="24"/>
          <w:szCs w:val="24"/>
          <w:u w:val="single"/>
        </w:rPr>
      </w:pPr>
      <w:r w:rsidRPr="00373B23">
        <w:rPr>
          <w:b/>
          <w:sz w:val="24"/>
          <w:szCs w:val="24"/>
          <w:u w:val="single"/>
        </w:rPr>
        <w:t xml:space="preserve">Informace k provozu školního klubu </w:t>
      </w:r>
    </w:p>
    <w:p w14:paraId="54ABD61E" w14:textId="61197D31" w:rsidR="00373B23" w:rsidRPr="00373B23" w:rsidRDefault="00373B23" w:rsidP="00373B23">
      <w:pPr>
        <w:jc w:val="center"/>
        <w:rPr>
          <w:b/>
          <w:sz w:val="24"/>
          <w:szCs w:val="24"/>
          <w:u w:val="single"/>
        </w:rPr>
      </w:pPr>
      <w:r w:rsidRPr="00373B23">
        <w:rPr>
          <w:b/>
          <w:sz w:val="24"/>
          <w:szCs w:val="24"/>
          <w:u w:val="single"/>
        </w:rPr>
        <w:t>ve školním roce 2026/2027:</w:t>
      </w:r>
    </w:p>
    <w:p w14:paraId="5F422F63" w14:textId="77777777" w:rsidR="00373B23" w:rsidRPr="00373B23" w:rsidRDefault="00373B23" w:rsidP="00373B23">
      <w:pPr>
        <w:jc w:val="center"/>
        <w:rPr>
          <w:b/>
          <w:sz w:val="24"/>
          <w:szCs w:val="24"/>
          <w:u w:val="single"/>
        </w:rPr>
      </w:pPr>
    </w:p>
    <w:p w14:paraId="0920D7CA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sz w:val="24"/>
          <w:szCs w:val="24"/>
        </w:rPr>
        <w:t xml:space="preserve"> Školní klub působí stejně jako školní družina od 01.09.2026. Primárně je určen pro žáky 2.stupně, případně pro žáky 1. stupně, kteří nebudou umístěni ve školní družině z důvodu naplnění kapacity školní družiny nebo v případě zájmu pouze o zájmový kroužek. </w:t>
      </w:r>
    </w:p>
    <w:p w14:paraId="4C03064C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sz w:val="24"/>
          <w:szCs w:val="24"/>
        </w:rPr>
        <w:t>Postup přihlášení je stejný jako u školní družiny. Přihláška do školního klubu je ke stažení na webových stránkách školy, případně můžete vyzvednout u vedoucí školní družiny paní Fišerové nebo na recepci školy.</w:t>
      </w:r>
    </w:p>
    <w:p w14:paraId="2B156801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sz w:val="24"/>
          <w:szCs w:val="24"/>
        </w:rPr>
        <w:t>Žáci můžou využívat v rámci školního klubu edukační místnosti a jejich vybavení na ZŠ Máchova 1110, dále herní prvky v areálu školy, školní sportoviště za dozoru vychovatele školního klubu.</w:t>
      </w:r>
    </w:p>
    <w:p w14:paraId="6F43B265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sz w:val="24"/>
          <w:szCs w:val="24"/>
        </w:rPr>
        <w:t xml:space="preserve">Školní klub bude otevřen ráno od 7.00hodin – 7.30hodin a odpoledne od 11.30hodin do 16.30 hodin. </w:t>
      </w:r>
    </w:p>
    <w:p w14:paraId="131FCA33" w14:textId="77777777" w:rsidR="00373B23" w:rsidRPr="00373B23" w:rsidRDefault="00373B23" w:rsidP="00373B23">
      <w:pPr>
        <w:rPr>
          <w:b/>
          <w:bCs/>
          <w:sz w:val="24"/>
          <w:szCs w:val="24"/>
        </w:rPr>
      </w:pPr>
      <w:r w:rsidRPr="00373B23">
        <w:rPr>
          <w:b/>
          <w:bCs/>
          <w:sz w:val="24"/>
          <w:szCs w:val="24"/>
        </w:rPr>
        <w:t>Součástí školního klubu jsou zájmové kroužky</w:t>
      </w:r>
      <w:r w:rsidRPr="00373B23">
        <w:rPr>
          <w:sz w:val="24"/>
          <w:szCs w:val="24"/>
        </w:rPr>
        <w:t xml:space="preserve"> v rámci činnosti školy. Přihlášení do zájmového kroužku </w:t>
      </w:r>
      <w:r w:rsidRPr="00373B23">
        <w:rPr>
          <w:b/>
          <w:bCs/>
          <w:sz w:val="24"/>
          <w:szCs w:val="24"/>
        </w:rPr>
        <w:t xml:space="preserve">je podmíněno přihlášením do školního klubu.  </w:t>
      </w:r>
    </w:p>
    <w:p w14:paraId="459CC398" w14:textId="77777777" w:rsidR="00373B23" w:rsidRPr="00373B23" w:rsidRDefault="00373B23" w:rsidP="00373B23">
      <w:pPr>
        <w:rPr>
          <w:b/>
          <w:bCs/>
          <w:sz w:val="24"/>
          <w:szCs w:val="24"/>
        </w:rPr>
      </w:pPr>
      <w:r w:rsidRPr="00373B23">
        <w:rPr>
          <w:b/>
          <w:bCs/>
          <w:sz w:val="24"/>
          <w:szCs w:val="24"/>
        </w:rPr>
        <w:t>Zájmové kroužky budou ve školním roce 2026/2027 otvírány v průběhu měsíce září 2026 na základě odevzdaných přihlášek. Každý jednotlivý kroužek bude otevřen při počtu 7 žáků a více.</w:t>
      </w:r>
    </w:p>
    <w:p w14:paraId="2A08797C" w14:textId="77777777" w:rsidR="00373B23" w:rsidRPr="00373B23" w:rsidRDefault="00373B23" w:rsidP="00373B23">
      <w:pPr>
        <w:rPr>
          <w:sz w:val="24"/>
          <w:szCs w:val="24"/>
          <w:u w:val="single"/>
        </w:rPr>
      </w:pPr>
      <w:r w:rsidRPr="00373B23">
        <w:rPr>
          <w:sz w:val="24"/>
          <w:szCs w:val="24"/>
          <w:u w:val="single"/>
        </w:rPr>
        <w:t xml:space="preserve">Žáci vychovatelce hlásí všechny příchody a také odchody na jednotlivé zájmové kroužky.  </w:t>
      </w:r>
    </w:p>
    <w:p w14:paraId="222946AA" w14:textId="77777777" w:rsidR="00373B23" w:rsidRPr="00373B23" w:rsidRDefault="00373B23" w:rsidP="00373B23">
      <w:pPr>
        <w:spacing w:line="240" w:lineRule="auto"/>
        <w:rPr>
          <w:b/>
          <w:sz w:val="24"/>
          <w:szCs w:val="24"/>
          <w:u w:val="single"/>
        </w:rPr>
      </w:pPr>
      <w:r w:rsidRPr="00373B23">
        <w:rPr>
          <w:b/>
          <w:sz w:val="24"/>
          <w:szCs w:val="24"/>
          <w:u w:val="single"/>
        </w:rPr>
        <w:t>Přehled školních zájmových kroužků naleznete v průběhu prvního školního týdne na webových stránkách školy.</w:t>
      </w:r>
    </w:p>
    <w:p w14:paraId="2488BF93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b/>
          <w:bCs/>
          <w:sz w:val="24"/>
          <w:szCs w:val="24"/>
        </w:rPr>
        <w:t>Pro školní rok 2026/2027</w:t>
      </w:r>
      <w:r w:rsidRPr="00373B23">
        <w:rPr>
          <w:sz w:val="24"/>
          <w:szCs w:val="24"/>
        </w:rPr>
        <w:t xml:space="preserve"> platí stejná částka úplaty za zájmové vzdělávání ve školním klubu jako dosud tj. </w:t>
      </w:r>
      <w:r w:rsidRPr="00373B23">
        <w:rPr>
          <w:b/>
          <w:sz w:val="24"/>
          <w:szCs w:val="24"/>
        </w:rPr>
        <w:t>150,-Kč měsíčně. Poplatek se hradí do 30.09.2026 na období 9-12/2026 ve výši 600,-Kč. U kroužků, které započnou až od 01.10.2026 činí úhrada na období 10-12/2026 částku 450,-Kč. Další úhrada na období 1-6/2027 ve výši 900,-Kč se hradí do 31.01.2027.</w:t>
      </w:r>
    </w:p>
    <w:p w14:paraId="2D2A3FBF" w14:textId="77777777" w:rsidR="00373B23" w:rsidRPr="00373B23" w:rsidRDefault="00373B23" w:rsidP="00373B23">
      <w:pPr>
        <w:rPr>
          <w:b/>
          <w:sz w:val="24"/>
          <w:szCs w:val="24"/>
          <w:u w:val="single"/>
        </w:rPr>
      </w:pPr>
      <w:r w:rsidRPr="00373B23">
        <w:rPr>
          <w:b/>
          <w:sz w:val="24"/>
          <w:szCs w:val="24"/>
          <w:u w:val="single"/>
        </w:rPr>
        <w:t xml:space="preserve">U žáků, kteří již mají přidělený VS ve školním roce 2025/2026 tento VS platí i ve školním roce 2026/2027. V případě, že si nepamatujete VS z loňského roku u Vašeho dítěte, obraťte se na kancelář školy – p. Drobná, p. Bittnerová tel. 731421998 nebo pište prostřednictvím aplikace Bakaláři. </w:t>
      </w:r>
    </w:p>
    <w:p w14:paraId="48DC57F4" w14:textId="77777777" w:rsidR="00373B23" w:rsidRPr="00373B23" w:rsidRDefault="00373B23" w:rsidP="00373B23">
      <w:pPr>
        <w:rPr>
          <w:b/>
          <w:sz w:val="24"/>
          <w:szCs w:val="24"/>
          <w:u w:val="single"/>
        </w:rPr>
      </w:pPr>
      <w:r w:rsidRPr="00373B23">
        <w:rPr>
          <w:b/>
          <w:sz w:val="24"/>
          <w:szCs w:val="24"/>
          <w:u w:val="single"/>
        </w:rPr>
        <w:t>Pouze v případě, že bude žák převeden ze školní družiny do školního klubu, nebo bude přihlášen nový žák, bude přidělen nový variabilní symbol, který obdržíte na základě odevzdané přihlášky u vychovatele školního klubu případně v kanceláři školy.</w:t>
      </w:r>
    </w:p>
    <w:p w14:paraId="1E8834A6" w14:textId="77777777" w:rsidR="00373B23" w:rsidRPr="00373B23" w:rsidRDefault="00373B23" w:rsidP="00373B23">
      <w:pPr>
        <w:rPr>
          <w:bCs/>
          <w:sz w:val="24"/>
          <w:szCs w:val="24"/>
        </w:rPr>
      </w:pPr>
      <w:r w:rsidRPr="00373B23">
        <w:rPr>
          <w:bCs/>
          <w:sz w:val="24"/>
          <w:szCs w:val="24"/>
        </w:rPr>
        <w:t>Kontaktní osoby jsou uvedeny na webových stránkách školy.</w:t>
      </w:r>
    </w:p>
    <w:p w14:paraId="5FC6FC04" w14:textId="77777777" w:rsidR="00373B23" w:rsidRPr="00373B23" w:rsidRDefault="00373B23" w:rsidP="00373B23">
      <w:pPr>
        <w:rPr>
          <w:sz w:val="24"/>
          <w:szCs w:val="24"/>
        </w:rPr>
      </w:pPr>
      <w:r w:rsidRPr="00373B23">
        <w:rPr>
          <w:sz w:val="24"/>
          <w:szCs w:val="24"/>
        </w:rPr>
        <w:t xml:space="preserve"> Vedení školy</w:t>
      </w:r>
    </w:p>
    <w:p w14:paraId="29CA39D9" w14:textId="77777777" w:rsidR="00373B23" w:rsidRPr="000C5D2E" w:rsidRDefault="00373B23" w:rsidP="00DB4411"/>
    <w:sectPr w:rsidR="00373B23" w:rsidRPr="000C5D2E" w:rsidSect="007257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4E7B27"/>
    <w:multiLevelType w:val="hybridMultilevel"/>
    <w:tmpl w:val="2720658C"/>
    <w:lvl w:ilvl="0" w:tplc="4C58231E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028382">
    <w:abstractNumId w:val="8"/>
  </w:num>
  <w:num w:numId="2" w16cid:durableId="1151798129">
    <w:abstractNumId w:val="6"/>
  </w:num>
  <w:num w:numId="3" w16cid:durableId="1822504175">
    <w:abstractNumId w:val="5"/>
  </w:num>
  <w:num w:numId="4" w16cid:durableId="1956867967">
    <w:abstractNumId w:val="4"/>
  </w:num>
  <w:num w:numId="5" w16cid:durableId="1793866888">
    <w:abstractNumId w:val="7"/>
  </w:num>
  <w:num w:numId="6" w16cid:durableId="2145389932">
    <w:abstractNumId w:val="3"/>
  </w:num>
  <w:num w:numId="7" w16cid:durableId="1752970735">
    <w:abstractNumId w:val="2"/>
  </w:num>
  <w:num w:numId="8" w16cid:durableId="704525689">
    <w:abstractNumId w:val="1"/>
  </w:num>
  <w:num w:numId="9" w16cid:durableId="299843594">
    <w:abstractNumId w:val="0"/>
  </w:num>
  <w:num w:numId="10" w16cid:durableId="165460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72A"/>
    <w:rsid w:val="00034616"/>
    <w:rsid w:val="00046B7D"/>
    <w:rsid w:val="0006063C"/>
    <w:rsid w:val="00080C87"/>
    <w:rsid w:val="000923B5"/>
    <w:rsid w:val="000C5D2E"/>
    <w:rsid w:val="000C7C65"/>
    <w:rsid w:val="00132EFB"/>
    <w:rsid w:val="0015074B"/>
    <w:rsid w:val="001723AF"/>
    <w:rsid w:val="00177E17"/>
    <w:rsid w:val="001C63F5"/>
    <w:rsid w:val="002437E7"/>
    <w:rsid w:val="0029639D"/>
    <w:rsid w:val="00326F90"/>
    <w:rsid w:val="00373B23"/>
    <w:rsid w:val="003B10F5"/>
    <w:rsid w:val="003D46B7"/>
    <w:rsid w:val="0041506A"/>
    <w:rsid w:val="00462903"/>
    <w:rsid w:val="004D17CF"/>
    <w:rsid w:val="00501784"/>
    <w:rsid w:val="00634162"/>
    <w:rsid w:val="0064539C"/>
    <w:rsid w:val="0072577C"/>
    <w:rsid w:val="007D1AA2"/>
    <w:rsid w:val="007D7A68"/>
    <w:rsid w:val="00843EDE"/>
    <w:rsid w:val="008509E3"/>
    <w:rsid w:val="0086192C"/>
    <w:rsid w:val="008971EB"/>
    <w:rsid w:val="008F5989"/>
    <w:rsid w:val="009222BF"/>
    <w:rsid w:val="009726E7"/>
    <w:rsid w:val="00A1245E"/>
    <w:rsid w:val="00AA1D8D"/>
    <w:rsid w:val="00B109E0"/>
    <w:rsid w:val="00B27DC9"/>
    <w:rsid w:val="00B379FB"/>
    <w:rsid w:val="00B47730"/>
    <w:rsid w:val="00B62B5E"/>
    <w:rsid w:val="00BE34DF"/>
    <w:rsid w:val="00BE4826"/>
    <w:rsid w:val="00C7159E"/>
    <w:rsid w:val="00CB0664"/>
    <w:rsid w:val="00CC1B14"/>
    <w:rsid w:val="00DB4411"/>
    <w:rsid w:val="00E06864"/>
    <w:rsid w:val="00E3560D"/>
    <w:rsid w:val="00E83B99"/>
    <w:rsid w:val="00F53AD0"/>
    <w:rsid w:val="00FB6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9BF3F8"/>
  <w14:defaultImageDpi w14:val="300"/>
  <w15:docId w15:val="{9BA429EC-E205-4214-92E9-D6CE6BCD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E83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3B9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971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9757DF-458B-4D4D-9B54-F40EDC3EA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3758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Zuzana Horáková</cp:lastModifiedBy>
  <cp:revision>2</cp:revision>
  <cp:lastPrinted>2026-09-03T15:14:00Z</cp:lastPrinted>
  <dcterms:created xsi:type="dcterms:W3CDTF">2026-09-07T03:35:00Z</dcterms:created>
  <dcterms:modified xsi:type="dcterms:W3CDTF">2026-09-07T03:35:00Z</dcterms:modified>
</cp:coreProperties>
</file>