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82"/>
        <w:gridCol w:w="4082"/>
        <w:gridCol w:w="4082"/>
        <w:gridCol w:w="4082"/>
      </w:tblGrid>
      <w:tr w:rsidR="008369BB" w:rsidRPr="0065798B" w14:paraId="5248D581" w14:textId="77777777" w:rsidTr="004435AD">
        <w:trPr>
          <w:trHeight w:hRule="exact" w:val="11225"/>
        </w:trPr>
        <w:tc>
          <w:tcPr>
            <w:tcW w:w="4082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2E8BE3" w14:textId="28B1245E" w:rsidR="008369BB" w:rsidRPr="0065798B" w:rsidRDefault="008369BB">
            <w:pPr>
              <w:rPr>
                <w:lang w:val="cs-CZ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82"/>
            </w:tblGrid>
            <w:tr w:rsidR="008369BB" w:rsidRPr="0065798B" w14:paraId="1F43E44D" w14:textId="77777777">
              <w:tc>
                <w:tcPr>
                  <w:tcW w:w="4082" w:type="dxa"/>
                  <w:shd w:val="clear" w:color="auto" w:fill="1F4E79"/>
                  <w:tcMar>
                    <w:top w:w="65" w:type="dxa"/>
                    <w:left w:w="90" w:type="dxa"/>
                    <w:bottom w:w="65" w:type="dxa"/>
                    <w:right w:w="90" w:type="dxa"/>
                  </w:tcMar>
                </w:tcPr>
                <w:p w14:paraId="2AB93C1D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b/>
                      <w:color w:val="FFFFFF"/>
                      <w:sz w:val="20"/>
                      <w:lang w:val="cs-CZ"/>
                    </w:rPr>
                    <w:t>ZÁKLADNÍ ÚDAJE O ŠKOLE</w:t>
                  </w:r>
                </w:p>
              </w:tc>
            </w:tr>
          </w:tbl>
          <w:p w14:paraId="0A9A278E" w14:textId="77777777" w:rsidR="008369BB" w:rsidRPr="0065798B" w:rsidRDefault="008369BB">
            <w:pPr>
              <w:rPr>
                <w:lang w:val="cs-CZ"/>
              </w:rPr>
            </w:pPr>
          </w:p>
          <w:p w14:paraId="56EC344C" w14:textId="77777777" w:rsidR="008369BB" w:rsidRPr="0065798B" w:rsidRDefault="00000000">
            <w:pPr>
              <w:spacing w:after="40"/>
              <w:rPr>
                <w:lang w:val="cs-CZ"/>
              </w:rPr>
            </w:pPr>
            <w:r w:rsidRPr="0065798B">
              <w:rPr>
                <w:b/>
                <w:lang w:val="cs-CZ"/>
              </w:rPr>
              <w:t>Základní škola Bělá pod Bezdězem, příspěvková organizace</w:t>
            </w:r>
          </w:p>
          <w:p w14:paraId="3E9F2CEA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Máchova 1110, 294 21 Bělá pod Bezdězem</w:t>
            </w:r>
          </w:p>
          <w:p w14:paraId="7B8AD6A9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 xml:space="preserve">E-mail: </w:t>
            </w:r>
            <w:proofErr w:type="gramStart"/>
            <w:r w:rsidRPr="0065798B">
              <w:rPr>
                <w:lang w:val="cs-CZ"/>
              </w:rPr>
              <w:t>zs@zsbela.cz  |</w:t>
            </w:r>
            <w:proofErr w:type="gramEnd"/>
            <w:r w:rsidRPr="0065798B">
              <w:rPr>
                <w:lang w:val="cs-CZ"/>
              </w:rPr>
              <w:t xml:space="preserve">  www.zsbela.cz</w:t>
            </w:r>
          </w:p>
          <w:p w14:paraId="185A0071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 xml:space="preserve">IČO: </w:t>
            </w:r>
            <w:proofErr w:type="gramStart"/>
            <w:r w:rsidRPr="0065798B">
              <w:rPr>
                <w:lang w:val="cs-CZ"/>
              </w:rPr>
              <w:t>70936838  |</w:t>
            </w:r>
            <w:proofErr w:type="gramEnd"/>
            <w:r w:rsidRPr="0065798B">
              <w:rPr>
                <w:lang w:val="cs-CZ"/>
              </w:rPr>
              <w:t xml:space="preserve">  IZO: 600049060</w:t>
            </w:r>
          </w:p>
          <w:p w14:paraId="4FCFAA05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ID schránky: 33pmjkw</w:t>
            </w:r>
          </w:p>
          <w:p w14:paraId="6CBA59C8" w14:textId="77777777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1F4E79"/>
                <w:sz w:val="19"/>
                <w:lang w:val="cs-CZ"/>
              </w:rPr>
              <w:t>SOUČÁSTI ŠKOLY</w:t>
            </w:r>
          </w:p>
          <w:p w14:paraId="441330F0" w14:textId="77777777" w:rsidR="008369BB" w:rsidRPr="0065798B" w:rsidRDefault="00000000">
            <w:pPr>
              <w:spacing w:after="10"/>
              <w:ind w:left="125" w:hanging="102"/>
              <w:rPr>
                <w:lang w:val="cs-CZ"/>
              </w:rPr>
            </w:pPr>
            <w:r w:rsidRPr="0065798B">
              <w:rPr>
                <w:b/>
                <w:color w:val="1F4E79"/>
                <w:lang w:val="cs-CZ"/>
              </w:rPr>
              <w:t xml:space="preserve">• </w:t>
            </w:r>
            <w:r w:rsidRPr="0065798B">
              <w:rPr>
                <w:lang w:val="cs-CZ"/>
              </w:rPr>
              <w:t>Máchova 1110 – ředitelství, 4.–9. ročník, školní jídelna</w:t>
            </w:r>
          </w:p>
          <w:p w14:paraId="2F493497" w14:textId="77777777" w:rsidR="008369BB" w:rsidRPr="0065798B" w:rsidRDefault="00000000">
            <w:pPr>
              <w:spacing w:after="10"/>
              <w:ind w:left="125" w:hanging="102"/>
              <w:rPr>
                <w:lang w:val="cs-CZ"/>
              </w:rPr>
            </w:pPr>
            <w:r w:rsidRPr="0065798B">
              <w:rPr>
                <w:b/>
                <w:color w:val="1F4E79"/>
                <w:lang w:val="cs-CZ"/>
              </w:rPr>
              <w:t xml:space="preserve">• </w:t>
            </w:r>
            <w:r w:rsidRPr="0065798B">
              <w:rPr>
                <w:lang w:val="cs-CZ"/>
              </w:rPr>
              <w:t xml:space="preserve">Tyršova </w:t>
            </w:r>
            <w:proofErr w:type="gramStart"/>
            <w:r w:rsidRPr="0065798B">
              <w:rPr>
                <w:lang w:val="cs-CZ"/>
              </w:rPr>
              <w:t>20 – 1</w:t>
            </w:r>
            <w:proofErr w:type="gramEnd"/>
            <w:r w:rsidRPr="0065798B">
              <w:rPr>
                <w:lang w:val="cs-CZ"/>
              </w:rPr>
              <w:t>.–3. ročník, školní družina</w:t>
            </w:r>
          </w:p>
          <w:p w14:paraId="03DF79FF" w14:textId="77777777" w:rsidR="004435AD" w:rsidRPr="0065798B" w:rsidRDefault="004435AD">
            <w:pPr>
              <w:spacing w:before="100" w:after="20"/>
              <w:rPr>
                <w:b/>
                <w:color w:val="1F4E79"/>
                <w:sz w:val="19"/>
                <w:lang w:val="cs-CZ"/>
              </w:rPr>
            </w:pPr>
          </w:p>
          <w:p w14:paraId="267350AF" w14:textId="70E7B389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1F4E79"/>
                <w:sz w:val="19"/>
                <w:lang w:val="cs-CZ"/>
              </w:rPr>
              <w:t>VEDENÍ ŠKOLY</w:t>
            </w:r>
          </w:p>
          <w:p w14:paraId="30EB1C85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 xml:space="preserve">Ředitel: Mgr. Václav </w:t>
            </w:r>
            <w:proofErr w:type="spellStart"/>
            <w:r w:rsidRPr="0065798B">
              <w:rPr>
                <w:lang w:val="cs-CZ"/>
              </w:rPr>
              <w:t>Špetlík</w:t>
            </w:r>
            <w:proofErr w:type="spellEnd"/>
          </w:p>
          <w:p w14:paraId="46B1F714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Zástupkyně 1.–3. ročník: Mgr. Zuzana Horáková</w:t>
            </w:r>
          </w:p>
          <w:p w14:paraId="34608F29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 xml:space="preserve">Zástupkyně 4.–9. ročník: Mgr. Radka </w:t>
            </w:r>
            <w:proofErr w:type="spellStart"/>
            <w:r w:rsidRPr="0065798B">
              <w:rPr>
                <w:lang w:val="cs-CZ"/>
              </w:rPr>
              <w:t>Svatušková</w:t>
            </w:r>
            <w:proofErr w:type="spellEnd"/>
          </w:p>
          <w:p w14:paraId="7AB0EFAD" w14:textId="77777777" w:rsidR="004435AD" w:rsidRPr="0065798B" w:rsidRDefault="004435AD">
            <w:pPr>
              <w:spacing w:before="100" w:after="20"/>
              <w:rPr>
                <w:b/>
                <w:color w:val="1F4E79"/>
                <w:sz w:val="19"/>
                <w:lang w:val="cs-CZ"/>
              </w:rPr>
            </w:pPr>
          </w:p>
          <w:p w14:paraId="7760EA03" w14:textId="1E59EB9F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1F4E79"/>
                <w:sz w:val="19"/>
                <w:lang w:val="cs-CZ"/>
              </w:rPr>
              <w:t>KONTAKTY</w:t>
            </w:r>
          </w:p>
          <w:p w14:paraId="5BFE784A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Recepce 4.–9. ročník: 731 421 999</w:t>
            </w:r>
          </w:p>
          <w:p w14:paraId="4C598AD2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Zástupkyně 1.–3. ročník: 731 422 533</w:t>
            </w:r>
          </w:p>
          <w:p w14:paraId="222F6F43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Zástupkyně 4.–9. ročník: 731 680 551</w:t>
            </w:r>
          </w:p>
          <w:p w14:paraId="10CC1012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ŠD a ŠK: 734 296 350</w:t>
            </w:r>
          </w:p>
          <w:p w14:paraId="7F9134E3" w14:textId="767A67F6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Školní jídelna: 731 421</w:t>
            </w:r>
            <w:r w:rsidR="004435AD" w:rsidRPr="0065798B">
              <w:rPr>
                <w:lang w:val="cs-CZ"/>
              </w:rPr>
              <w:t> </w:t>
            </w:r>
            <w:r w:rsidRPr="0065798B">
              <w:rPr>
                <w:lang w:val="cs-CZ"/>
              </w:rPr>
              <w:t>982</w:t>
            </w:r>
          </w:p>
          <w:p w14:paraId="1D81F9D4" w14:textId="77777777" w:rsidR="004435AD" w:rsidRPr="0065798B" w:rsidRDefault="004435AD">
            <w:pPr>
              <w:spacing w:before="100" w:after="20"/>
              <w:rPr>
                <w:b/>
                <w:color w:val="1F4E79"/>
                <w:sz w:val="19"/>
                <w:lang w:val="cs-CZ"/>
              </w:rPr>
            </w:pPr>
          </w:p>
          <w:p w14:paraId="00A6EB12" w14:textId="50F33696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1F4E79"/>
                <w:sz w:val="19"/>
                <w:lang w:val="cs-CZ"/>
              </w:rPr>
              <w:t>PROVOZNÍ ZAMĚSTNANCI</w:t>
            </w:r>
          </w:p>
          <w:p w14:paraId="1E94B5BB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Vedoucí ŠJ: Ing. Renata Kozáková</w:t>
            </w:r>
          </w:p>
          <w:p w14:paraId="4A0C9682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Účetní: Drahomíra Drobná, Jitka Filipi</w:t>
            </w:r>
          </w:p>
          <w:p w14:paraId="5FF6DAD2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Ekonom: Lenka Bittnerová</w:t>
            </w:r>
          </w:p>
          <w:p w14:paraId="1C358781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 xml:space="preserve">Administrativa: Miroslava </w:t>
            </w:r>
            <w:proofErr w:type="spellStart"/>
            <w:r w:rsidRPr="0065798B">
              <w:rPr>
                <w:lang w:val="cs-CZ"/>
              </w:rPr>
              <w:t>Durdisová</w:t>
            </w:r>
            <w:proofErr w:type="spellEnd"/>
          </w:p>
          <w:p w14:paraId="4C9C11D7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 xml:space="preserve">Školník: Milan </w:t>
            </w:r>
            <w:proofErr w:type="spellStart"/>
            <w:r w:rsidRPr="0065798B">
              <w:rPr>
                <w:lang w:val="cs-CZ"/>
              </w:rPr>
              <w:t>Rusov</w:t>
            </w:r>
            <w:proofErr w:type="spellEnd"/>
          </w:p>
          <w:p w14:paraId="1A6544DE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Uklízečky: kolektiv pracovnic úklidu</w:t>
            </w:r>
          </w:p>
          <w:p w14:paraId="3A0FB15F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Kuchařky: kolektiv kuchařek</w:t>
            </w:r>
          </w:p>
        </w:tc>
        <w:tc>
          <w:tcPr>
            <w:tcW w:w="4082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14503F" w14:textId="77777777" w:rsidR="008369BB" w:rsidRPr="0065798B" w:rsidRDefault="008369BB">
            <w:pPr>
              <w:rPr>
                <w:lang w:val="cs-CZ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82"/>
            </w:tblGrid>
            <w:tr w:rsidR="008369BB" w:rsidRPr="0065798B" w14:paraId="7C32866A" w14:textId="77777777">
              <w:tc>
                <w:tcPr>
                  <w:tcW w:w="4082" w:type="dxa"/>
                  <w:shd w:val="clear" w:color="auto" w:fill="548235"/>
                  <w:tcMar>
                    <w:top w:w="65" w:type="dxa"/>
                    <w:left w:w="90" w:type="dxa"/>
                    <w:bottom w:w="65" w:type="dxa"/>
                    <w:right w:w="90" w:type="dxa"/>
                  </w:tcMar>
                </w:tcPr>
                <w:p w14:paraId="31574659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b/>
                      <w:color w:val="FFFFFF"/>
                      <w:sz w:val="20"/>
                      <w:lang w:val="cs-CZ"/>
                    </w:rPr>
                    <w:t>TŘÍDNÍ UČITELÉ 2026/2027</w:t>
                  </w:r>
                </w:p>
              </w:tc>
            </w:tr>
          </w:tbl>
          <w:p w14:paraId="395B98A7" w14:textId="0082506E" w:rsidR="008369BB" w:rsidRPr="0065798B" w:rsidRDefault="008369BB">
            <w:pPr>
              <w:rPr>
                <w:lang w:val="cs-CZ"/>
              </w:rPr>
            </w:pPr>
          </w:p>
          <w:p w14:paraId="09FC1A29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1.A – Mgr. Šárka Müllerová</w:t>
            </w:r>
          </w:p>
          <w:p w14:paraId="2784420E" w14:textId="790EDC66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1.B – Mgr. Zuzana Horáková</w:t>
            </w:r>
          </w:p>
          <w:p w14:paraId="17E6DE8B" w14:textId="373AD553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 xml:space="preserve">2.A – Mgr. Iva </w:t>
            </w:r>
            <w:proofErr w:type="spellStart"/>
            <w:r w:rsidRPr="0065798B">
              <w:rPr>
                <w:lang w:val="cs-CZ"/>
              </w:rPr>
              <w:t>Radochová</w:t>
            </w:r>
            <w:proofErr w:type="spellEnd"/>
          </w:p>
          <w:p w14:paraId="0EF42A9A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 xml:space="preserve">2.B – Mgr. Veronika </w:t>
            </w:r>
            <w:proofErr w:type="spellStart"/>
            <w:r w:rsidRPr="0065798B">
              <w:rPr>
                <w:lang w:val="cs-CZ"/>
              </w:rPr>
              <w:t>Kálecká</w:t>
            </w:r>
            <w:proofErr w:type="spellEnd"/>
          </w:p>
          <w:p w14:paraId="481320F3" w14:textId="3F8F7B9F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 xml:space="preserve">3.A – Mgr. Alena </w:t>
            </w:r>
            <w:proofErr w:type="spellStart"/>
            <w:r w:rsidRPr="0065798B">
              <w:rPr>
                <w:lang w:val="cs-CZ"/>
              </w:rPr>
              <w:t>Tyrychtrová</w:t>
            </w:r>
            <w:proofErr w:type="spellEnd"/>
          </w:p>
          <w:p w14:paraId="20E3DD4D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3.B – Mgr. Veronika Zapletalová</w:t>
            </w:r>
          </w:p>
          <w:p w14:paraId="60AD9056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4.A – Mgr. Pavlína Trávníková</w:t>
            </w:r>
          </w:p>
          <w:p w14:paraId="7D872A60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 xml:space="preserve">4.B – Mgr. Petra </w:t>
            </w:r>
            <w:proofErr w:type="spellStart"/>
            <w:r w:rsidRPr="0065798B">
              <w:rPr>
                <w:lang w:val="cs-CZ"/>
              </w:rPr>
              <w:t>Límanová</w:t>
            </w:r>
            <w:proofErr w:type="spellEnd"/>
          </w:p>
          <w:p w14:paraId="45719DBC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5.A – Mgr. Martina Kasíková</w:t>
            </w:r>
          </w:p>
          <w:p w14:paraId="32BD0EB0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5.B – Mgr. Lucie Veselá</w:t>
            </w:r>
          </w:p>
          <w:p w14:paraId="19E9442A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5.C – Mgr. Blanka Řepková</w:t>
            </w:r>
          </w:p>
          <w:p w14:paraId="24E8CB03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6.A – Mgr. Michaela Králová</w:t>
            </w:r>
          </w:p>
          <w:p w14:paraId="11C0FE12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 xml:space="preserve">6.B – Mgr. Radka </w:t>
            </w:r>
            <w:proofErr w:type="spellStart"/>
            <w:r w:rsidRPr="0065798B">
              <w:rPr>
                <w:lang w:val="cs-CZ"/>
              </w:rPr>
              <w:t>Svatušková</w:t>
            </w:r>
            <w:proofErr w:type="spellEnd"/>
          </w:p>
          <w:p w14:paraId="33DFB30F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7.A – Bc. Klára Myslivcová</w:t>
            </w:r>
          </w:p>
          <w:p w14:paraId="27E51AF8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7.B – Mgr. Hana Hozáková</w:t>
            </w:r>
          </w:p>
          <w:p w14:paraId="1B4871BD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 xml:space="preserve">7.C – Bc. Lucie </w:t>
            </w:r>
            <w:proofErr w:type="spellStart"/>
            <w:r w:rsidRPr="0065798B">
              <w:rPr>
                <w:lang w:val="cs-CZ"/>
              </w:rPr>
              <w:t>Rajmanová</w:t>
            </w:r>
            <w:proofErr w:type="spellEnd"/>
          </w:p>
          <w:p w14:paraId="45402ABD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8.A – Mgr. Patrik Řezáč</w:t>
            </w:r>
          </w:p>
          <w:p w14:paraId="49B46EA6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8.B – Mgr. Zuzana Kleinová</w:t>
            </w:r>
          </w:p>
          <w:p w14:paraId="2A05B5EA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9.A – Mgr. Petra Kuchařová</w:t>
            </w:r>
          </w:p>
          <w:p w14:paraId="3820A328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9.B – Ing. Lucie Benešová</w:t>
            </w:r>
          </w:p>
          <w:p w14:paraId="57200481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9.C – Mgr. Markéta Stachová</w:t>
            </w:r>
          </w:p>
          <w:p w14:paraId="0259B3F1" w14:textId="77777777" w:rsidR="008369BB" w:rsidRPr="0065798B" w:rsidRDefault="008369BB">
            <w:pPr>
              <w:spacing w:after="140"/>
              <w:rPr>
                <w:lang w:val="cs-CZ"/>
              </w:rPr>
            </w:pPr>
          </w:p>
          <w:p w14:paraId="5CA5C99C" w14:textId="77777777" w:rsidR="004435AD" w:rsidRPr="0065798B" w:rsidRDefault="004435AD">
            <w:pPr>
              <w:spacing w:after="140"/>
              <w:rPr>
                <w:lang w:val="cs-CZ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82"/>
            </w:tblGrid>
            <w:tr w:rsidR="008369BB" w:rsidRPr="0065798B" w14:paraId="3B72FD99" w14:textId="77777777">
              <w:tc>
                <w:tcPr>
                  <w:tcW w:w="4082" w:type="dxa"/>
                  <w:shd w:val="clear" w:color="auto" w:fill="EFF6EB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4658C751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b/>
                      <w:color w:val="548235"/>
                      <w:sz w:val="19"/>
                      <w:lang w:val="cs-CZ"/>
                    </w:rPr>
                    <w:t>ŠKOLNÍ PORADENSKÉ PRACOVIŠTĚ</w:t>
                  </w:r>
                </w:p>
                <w:p w14:paraId="56E3530E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lang w:val="cs-CZ"/>
                    </w:rPr>
                    <w:t>Metodička prevence a kariérní poradce: Mgr. Květuše Vernerová</w:t>
                  </w:r>
                </w:p>
                <w:p w14:paraId="69F62EC1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lang w:val="cs-CZ"/>
                    </w:rPr>
                    <w:t>Výchovná poradkyně: Mgr. Lucie Veselá</w:t>
                  </w:r>
                </w:p>
                <w:p w14:paraId="246C86D2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lang w:val="cs-CZ"/>
                    </w:rPr>
                    <w:t>Speciální pedagog: Mgr. Tereza Šimíčková</w:t>
                  </w:r>
                </w:p>
                <w:p w14:paraId="30EE4A85" w14:textId="77777777" w:rsid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lang w:val="cs-CZ"/>
                    </w:rPr>
                    <w:t xml:space="preserve">Školní psychologické poradenství: </w:t>
                  </w:r>
                </w:p>
                <w:p w14:paraId="727CDE8F" w14:textId="3A2ECFFF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lang w:val="cs-CZ"/>
                    </w:rPr>
                    <w:t xml:space="preserve">Mgr. Radmila </w:t>
                  </w:r>
                  <w:proofErr w:type="spellStart"/>
                  <w:r w:rsidRPr="0065798B">
                    <w:rPr>
                      <w:lang w:val="cs-CZ"/>
                    </w:rPr>
                    <w:t>Sabolová</w:t>
                  </w:r>
                  <w:proofErr w:type="spellEnd"/>
                </w:p>
              </w:tc>
            </w:tr>
          </w:tbl>
          <w:p w14:paraId="4577B4EB" w14:textId="77777777" w:rsidR="008369BB" w:rsidRPr="0065798B" w:rsidRDefault="008369BB">
            <w:pPr>
              <w:rPr>
                <w:lang w:val="cs-CZ"/>
              </w:rPr>
            </w:pPr>
          </w:p>
        </w:tc>
        <w:tc>
          <w:tcPr>
            <w:tcW w:w="4082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646926" w14:textId="77777777" w:rsidR="008369BB" w:rsidRPr="0065798B" w:rsidRDefault="008369BB">
            <w:pPr>
              <w:rPr>
                <w:lang w:val="cs-CZ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82"/>
            </w:tblGrid>
            <w:tr w:rsidR="008369BB" w:rsidRPr="0065798B" w14:paraId="723ED9DF" w14:textId="77777777">
              <w:tc>
                <w:tcPr>
                  <w:tcW w:w="4082" w:type="dxa"/>
                  <w:shd w:val="clear" w:color="auto" w:fill="7030A0"/>
                  <w:tcMar>
                    <w:top w:w="65" w:type="dxa"/>
                    <w:left w:w="90" w:type="dxa"/>
                    <w:bottom w:w="65" w:type="dxa"/>
                    <w:right w:w="90" w:type="dxa"/>
                  </w:tcMar>
                </w:tcPr>
                <w:p w14:paraId="53229F1C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b/>
                      <w:color w:val="FFFFFF"/>
                      <w:sz w:val="20"/>
                      <w:lang w:val="cs-CZ"/>
                    </w:rPr>
                    <w:t>ORGANIZACE ŠKOLNÍHO ROKU</w:t>
                  </w:r>
                </w:p>
              </w:tc>
            </w:tr>
          </w:tbl>
          <w:p w14:paraId="70394502" w14:textId="77777777" w:rsidR="008369BB" w:rsidRPr="0065798B" w:rsidRDefault="008369BB">
            <w:pPr>
              <w:rPr>
                <w:lang w:val="cs-CZ"/>
              </w:rPr>
            </w:pPr>
          </w:p>
          <w:p w14:paraId="60194773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Zahájení: 1. 9. 2026</w:t>
            </w:r>
          </w:p>
          <w:p w14:paraId="44D6EC01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Konec 1. pololetí: 28. 1. 2027</w:t>
            </w:r>
          </w:p>
          <w:p w14:paraId="0428CB6B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2. pololetí: 1. 2. – 30. 6. 2027</w:t>
            </w:r>
          </w:p>
          <w:p w14:paraId="2C106E50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Ukončení: 30. 6. 2027</w:t>
            </w:r>
          </w:p>
          <w:p w14:paraId="51CA4434" w14:textId="77777777" w:rsidR="004435AD" w:rsidRPr="0065798B" w:rsidRDefault="004435AD">
            <w:pPr>
              <w:spacing w:after="40"/>
              <w:rPr>
                <w:b/>
                <w:lang w:val="cs-CZ"/>
              </w:rPr>
            </w:pPr>
          </w:p>
          <w:p w14:paraId="0D64AD83" w14:textId="5EFE031C" w:rsidR="008369BB" w:rsidRPr="0065798B" w:rsidRDefault="00000000">
            <w:pPr>
              <w:spacing w:after="40"/>
              <w:rPr>
                <w:lang w:val="cs-CZ"/>
              </w:rPr>
            </w:pPr>
            <w:r w:rsidRPr="0065798B">
              <w:rPr>
                <w:b/>
                <w:lang w:val="cs-CZ"/>
              </w:rPr>
              <w:t>Ředitelské volno: 16. 11. 2026</w:t>
            </w:r>
          </w:p>
          <w:p w14:paraId="6A6121C6" w14:textId="77777777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7030A0"/>
                <w:sz w:val="19"/>
                <w:lang w:val="cs-CZ"/>
              </w:rPr>
              <w:t>PRÁZDNINY</w:t>
            </w:r>
          </w:p>
          <w:p w14:paraId="2B59A90F" w14:textId="4B85351F" w:rsidR="008369BB" w:rsidRPr="0065798B" w:rsidRDefault="00000000">
            <w:pPr>
              <w:spacing w:after="10"/>
              <w:ind w:left="125" w:hanging="102"/>
              <w:rPr>
                <w:lang w:val="cs-CZ"/>
              </w:rPr>
            </w:pPr>
            <w:r w:rsidRPr="0065798B">
              <w:rPr>
                <w:b/>
                <w:color w:val="7030A0"/>
                <w:lang w:val="cs-CZ"/>
              </w:rPr>
              <w:t xml:space="preserve">• </w:t>
            </w:r>
            <w:r w:rsidRPr="0065798B">
              <w:rPr>
                <w:lang w:val="cs-CZ"/>
              </w:rPr>
              <w:t>Podzimní: 29.–30. 10. 2026</w:t>
            </w:r>
          </w:p>
          <w:p w14:paraId="29B76F28" w14:textId="39FE5F1B" w:rsidR="008369BB" w:rsidRPr="0065798B" w:rsidRDefault="00000000">
            <w:pPr>
              <w:spacing w:after="10"/>
              <w:ind w:left="125" w:hanging="102"/>
              <w:rPr>
                <w:lang w:val="cs-CZ"/>
              </w:rPr>
            </w:pPr>
            <w:r w:rsidRPr="0065798B">
              <w:rPr>
                <w:b/>
                <w:color w:val="7030A0"/>
                <w:lang w:val="cs-CZ"/>
              </w:rPr>
              <w:t xml:space="preserve">• </w:t>
            </w:r>
            <w:r w:rsidRPr="0065798B">
              <w:rPr>
                <w:lang w:val="cs-CZ"/>
              </w:rPr>
              <w:t>Vánoční: 23. 12. 2026 – 3. 1. 2027</w:t>
            </w:r>
          </w:p>
          <w:p w14:paraId="7D3008AD" w14:textId="35B9C6C0" w:rsidR="008369BB" w:rsidRPr="0065798B" w:rsidRDefault="00000000">
            <w:pPr>
              <w:spacing w:after="10"/>
              <w:ind w:left="125" w:hanging="102"/>
              <w:rPr>
                <w:lang w:val="cs-CZ"/>
              </w:rPr>
            </w:pPr>
            <w:r w:rsidRPr="0065798B">
              <w:rPr>
                <w:b/>
                <w:color w:val="7030A0"/>
                <w:lang w:val="cs-CZ"/>
              </w:rPr>
              <w:t xml:space="preserve">• </w:t>
            </w:r>
            <w:r w:rsidRPr="0065798B">
              <w:rPr>
                <w:lang w:val="cs-CZ"/>
              </w:rPr>
              <w:t>Pololetní: 29. 1. 2027</w:t>
            </w:r>
          </w:p>
          <w:p w14:paraId="36C9C910" w14:textId="77777777" w:rsidR="008369BB" w:rsidRPr="0065798B" w:rsidRDefault="00000000">
            <w:pPr>
              <w:spacing w:after="10"/>
              <w:ind w:left="125" w:hanging="102"/>
              <w:rPr>
                <w:lang w:val="cs-CZ"/>
              </w:rPr>
            </w:pPr>
            <w:r w:rsidRPr="0065798B">
              <w:rPr>
                <w:b/>
                <w:color w:val="7030A0"/>
                <w:lang w:val="cs-CZ"/>
              </w:rPr>
              <w:t xml:space="preserve">• </w:t>
            </w:r>
            <w:r w:rsidRPr="0065798B">
              <w:rPr>
                <w:lang w:val="cs-CZ"/>
              </w:rPr>
              <w:t>Jarní: 8.–14. 2. 2027</w:t>
            </w:r>
          </w:p>
          <w:p w14:paraId="76333A29" w14:textId="1150B492" w:rsidR="008369BB" w:rsidRPr="0065798B" w:rsidRDefault="00000000">
            <w:pPr>
              <w:spacing w:after="10"/>
              <w:ind w:left="125" w:hanging="102"/>
              <w:rPr>
                <w:lang w:val="cs-CZ"/>
              </w:rPr>
            </w:pPr>
            <w:r w:rsidRPr="0065798B">
              <w:rPr>
                <w:b/>
                <w:color w:val="7030A0"/>
                <w:lang w:val="cs-CZ"/>
              </w:rPr>
              <w:t xml:space="preserve">• </w:t>
            </w:r>
            <w:r w:rsidRPr="0065798B">
              <w:rPr>
                <w:lang w:val="cs-CZ"/>
              </w:rPr>
              <w:t>Velikonoční: 25.–29. 3. 2027</w:t>
            </w:r>
          </w:p>
          <w:p w14:paraId="264B1E73" w14:textId="371ECEA3" w:rsidR="008369BB" w:rsidRPr="0065798B" w:rsidRDefault="00000000">
            <w:pPr>
              <w:spacing w:after="10"/>
              <w:ind w:left="125" w:hanging="102"/>
              <w:rPr>
                <w:lang w:val="cs-CZ"/>
              </w:rPr>
            </w:pPr>
            <w:r w:rsidRPr="0065798B">
              <w:rPr>
                <w:b/>
                <w:color w:val="7030A0"/>
                <w:lang w:val="cs-CZ"/>
              </w:rPr>
              <w:t xml:space="preserve">• </w:t>
            </w:r>
            <w:r w:rsidRPr="0065798B">
              <w:rPr>
                <w:lang w:val="cs-CZ"/>
              </w:rPr>
              <w:t>Hlavní: 1. 7.–31. 8. 2027</w:t>
            </w:r>
          </w:p>
          <w:p w14:paraId="4B797ECB" w14:textId="51EFD112" w:rsidR="004435AD" w:rsidRPr="0065798B" w:rsidRDefault="004435AD">
            <w:pPr>
              <w:spacing w:before="100" w:after="20"/>
              <w:rPr>
                <w:b/>
                <w:color w:val="7030A0"/>
                <w:sz w:val="19"/>
                <w:lang w:val="cs-CZ"/>
              </w:rPr>
            </w:pPr>
          </w:p>
          <w:p w14:paraId="2ADBD674" w14:textId="57A76278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7030A0"/>
                <w:sz w:val="19"/>
                <w:lang w:val="cs-CZ"/>
              </w:rPr>
              <w:t>VYUČOVACÍ HODINY</w:t>
            </w:r>
          </w:p>
          <w:p w14:paraId="4EBEEE37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1. 7:50–8:35</w:t>
            </w:r>
          </w:p>
          <w:p w14:paraId="0DC5982A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2. 8:45–9:30</w:t>
            </w:r>
          </w:p>
          <w:p w14:paraId="706B311C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3. 9:50–10:35</w:t>
            </w:r>
          </w:p>
          <w:p w14:paraId="5B4805AB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4. 10:45–11:30</w:t>
            </w:r>
          </w:p>
          <w:p w14:paraId="750E4CC1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5. 11:40–12:25</w:t>
            </w:r>
          </w:p>
          <w:p w14:paraId="40A38DEF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6. 12:30–13:15</w:t>
            </w:r>
          </w:p>
          <w:p w14:paraId="5D88F38C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7. 13:20–14:05</w:t>
            </w:r>
          </w:p>
          <w:p w14:paraId="69F42703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8. 14:10–14:55</w:t>
            </w:r>
          </w:p>
          <w:p w14:paraId="5689802C" w14:textId="77777777" w:rsidR="008369BB" w:rsidRPr="0065798B" w:rsidRDefault="008369BB">
            <w:pPr>
              <w:spacing w:after="140"/>
              <w:rPr>
                <w:lang w:val="cs-CZ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82"/>
            </w:tblGrid>
            <w:tr w:rsidR="008369BB" w:rsidRPr="0065798B" w14:paraId="2D8DFFAF" w14:textId="77777777">
              <w:tc>
                <w:tcPr>
                  <w:tcW w:w="4082" w:type="dxa"/>
                  <w:shd w:val="clear" w:color="auto" w:fill="F3EDF8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7406E8E7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b/>
                      <w:color w:val="7030A0"/>
                      <w:sz w:val="19"/>
                      <w:lang w:val="cs-CZ"/>
                    </w:rPr>
                    <w:t>TŘÍDNÍ SCHŮZKY / TRIPARTITY</w:t>
                  </w:r>
                </w:p>
                <w:p w14:paraId="4821ECB7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lang w:val="cs-CZ"/>
                    </w:rPr>
                    <w:t>Termíny pro školní rok 2026/2027:</w:t>
                  </w:r>
                </w:p>
                <w:p w14:paraId="5882F9A0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lang w:val="cs-CZ"/>
                    </w:rPr>
                    <w:t>____________________________</w:t>
                  </w:r>
                </w:p>
                <w:p w14:paraId="33AF6477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lang w:val="cs-CZ"/>
                    </w:rPr>
                    <w:t>____________________________</w:t>
                  </w:r>
                </w:p>
                <w:p w14:paraId="6AADEDF0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lang w:val="cs-CZ"/>
                    </w:rPr>
                    <w:t>____________________________</w:t>
                  </w:r>
                </w:p>
              </w:tc>
            </w:tr>
          </w:tbl>
          <w:p w14:paraId="3B969AD7" w14:textId="5D831A82" w:rsidR="008369BB" w:rsidRPr="0065798B" w:rsidRDefault="008369BB">
            <w:pPr>
              <w:rPr>
                <w:lang w:val="cs-CZ"/>
              </w:rPr>
            </w:pPr>
          </w:p>
        </w:tc>
        <w:tc>
          <w:tcPr>
            <w:tcW w:w="4082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BBF01C6" w14:textId="77777777" w:rsidR="008369BB" w:rsidRPr="00820C7A" w:rsidRDefault="008369BB" w:rsidP="00820C7A">
            <w:pPr>
              <w:spacing w:line="240" w:lineRule="auto"/>
              <w:rPr>
                <w:sz w:val="24"/>
                <w:szCs w:val="24"/>
                <w:lang w:val="cs-CZ"/>
              </w:rPr>
            </w:pPr>
          </w:p>
          <w:p w14:paraId="09B3D057" w14:textId="1D91D48C" w:rsidR="008369BB" w:rsidRPr="00820C7A" w:rsidRDefault="00ED7532" w:rsidP="00820C7A">
            <w:pPr>
              <w:spacing w:line="240" w:lineRule="auto"/>
              <w:jc w:val="center"/>
              <w:rPr>
                <w:sz w:val="24"/>
                <w:szCs w:val="24"/>
                <w:lang w:val="cs-CZ"/>
              </w:rPr>
            </w:pPr>
            <w:r w:rsidRPr="0065798B">
              <w:rPr>
                <w:noProof/>
                <w:lang w:val="cs-CZ"/>
              </w:rPr>
              <w:drawing>
                <wp:inline distT="0" distB="0" distL="0" distR="0" wp14:anchorId="7E93B1E2" wp14:editId="031C1FB2">
                  <wp:extent cx="665018" cy="563081"/>
                  <wp:effectExtent l="0" t="0" r="1905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2f453c1-ec64-4366-a07f-09370a287d5a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639" cy="569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981383" w14:textId="237BC8D8" w:rsidR="004435AD" w:rsidRPr="00820C7A" w:rsidRDefault="00000000" w:rsidP="00820C7A">
            <w:pPr>
              <w:spacing w:line="240" w:lineRule="auto"/>
              <w:jc w:val="center"/>
              <w:rPr>
                <w:b/>
                <w:sz w:val="24"/>
                <w:szCs w:val="24"/>
                <w:lang w:val="cs-CZ"/>
              </w:rPr>
            </w:pPr>
            <w:r w:rsidRPr="00820C7A">
              <w:rPr>
                <w:b/>
                <w:sz w:val="24"/>
                <w:szCs w:val="24"/>
                <w:lang w:val="cs-CZ"/>
              </w:rPr>
              <w:t>Základní škola</w:t>
            </w:r>
          </w:p>
          <w:p w14:paraId="524C510D" w14:textId="0A158B92" w:rsidR="008369BB" w:rsidRPr="00820C7A" w:rsidRDefault="00000000" w:rsidP="00820C7A">
            <w:pPr>
              <w:spacing w:line="240" w:lineRule="auto"/>
              <w:jc w:val="center"/>
              <w:rPr>
                <w:sz w:val="24"/>
                <w:szCs w:val="24"/>
                <w:lang w:val="cs-CZ"/>
              </w:rPr>
            </w:pPr>
            <w:r w:rsidRPr="00820C7A">
              <w:rPr>
                <w:b/>
                <w:sz w:val="24"/>
                <w:szCs w:val="24"/>
                <w:lang w:val="cs-CZ"/>
              </w:rPr>
              <w:t xml:space="preserve"> Bělá pod Bezdězem,</w:t>
            </w:r>
          </w:p>
          <w:p w14:paraId="54CE4972" w14:textId="77777777" w:rsidR="008369BB" w:rsidRPr="00820C7A" w:rsidRDefault="00000000" w:rsidP="00820C7A">
            <w:pPr>
              <w:spacing w:line="240" w:lineRule="auto"/>
              <w:jc w:val="center"/>
              <w:rPr>
                <w:sz w:val="24"/>
                <w:szCs w:val="24"/>
                <w:lang w:val="cs-CZ"/>
              </w:rPr>
            </w:pPr>
            <w:r w:rsidRPr="00820C7A">
              <w:rPr>
                <w:b/>
                <w:sz w:val="24"/>
                <w:szCs w:val="24"/>
                <w:lang w:val="cs-CZ"/>
              </w:rPr>
              <w:t>příspěvková organizace</w:t>
            </w:r>
          </w:p>
          <w:p w14:paraId="08E47F92" w14:textId="77777777" w:rsidR="008369BB" w:rsidRPr="0065798B" w:rsidRDefault="00000000">
            <w:pPr>
              <w:jc w:val="center"/>
              <w:rPr>
                <w:lang w:val="cs-CZ"/>
              </w:rPr>
            </w:pPr>
            <w:r w:rsidRPr="0065798B">
              <w:rPr>
                <w:sz w:val="16"/>
                <w:lang w:val="cs-CZ"/>
              </w:rPr>
              <w:t>Máchova 1110, 294 21 Bělá pod Bezdězem</w:t>
            </w:r>
          </w:p>
          <w:p w14:paraId="40FEBFC2" w14:textId="77777777" w:rsidR="008369BB" w:rsidRPr="0065798B" w:rsidRDefault="00000000">
            <w:pPr>
              <w:jc w:val="center"/>
              <w:rPr>
                <w:lang w:val="cs-CZ"/>
              </w:rPr>
            </w:pPr>
            <w:r w:rsidRPr="0065798B">
              <w:rPr>
                <w:sz w:val="16"/>
                <w:lang w:val="cs-CZ"/>
              </w:rPr>
              <w:t>tel.: 326 701 496, 326 702 295</w:t>
            </w:r>
          </w:p>
          <w:p w14:paraId="5B042C68" w14:textId="237B0611" w:rsidR="004435AD" w:rsidRPr="0065798B" w:rsidRDefault="00000000">
            <w:pPr>
              <w:spacing w:after="160"/>
              <w:jc w:val="center"/>
              <w:rPr>
                <w:sz w:val="16"/>
                <w:lang w:val="cs-CZ"/>
              </w:rPr>
            </w:pPr>
            <w:proofErr w:type="gramStart"/>
            <w:r w:rsidRPr="0065798B">
              <w:rPr>
                <w:sz w:val="16"/>
                <w:lang w:val="cs-CZ"/>
              </w:rPr>
              <w:t>zs@zsbela.cz  |</w:t>
            </w:r>
            <w:proofErr w:type="gramEnd"/>
            <w:r w:rsidR="00ED7532">
              <w:rPr>
                <w:sz w:val="16"/>
                <w:lang w:val="cs-CZ"/>
              </w:rPr>
              <w:t xml:space="preserve"> </w:t>
            </w:r>
            <w:r w:rsidRPr="0065798B">
              <w:rPr>
                <w:sz w:val="16"/>
                <w:lang w:val="cs-CZ"/>
              </w:rPr>
              <w:t xml:space="preserve">  </w:t>
            </w:r>
            <w:hyperlink r:id="rId7" w:history="1">
              <w:r w:rsidR="004435AD" w:rsidRPr="0065798B">
                <w:rPr>
                  <w:rStyle w:val="Hypertextovodkaz"/>
                  <w:color w:val="auto"/>
                  <w:sz w:val="16"/>
                  <w:u w:val="none"/>
                  <w:lang w:val="cs-CZ"/>
                </w:rPr>
                <w:t>www.zsbela.cz</w:t>
              </w:r>
            </w:hyperlink>
          </w:p>
          <w:p w14:paraId="4D0C977D" w14:textId="6E124E57" w:rsidR="008369BB" w:rsidRPr="00ED7532" w:rsidRDefault="00000000">
            <w:pPr>
              <w:spacing w:after="20"/>
              <w:jc w:val="center"/>
              <w:rPr>
                <w:sz w:val="48"/>
                <w:szCs w:val="48"/>
                <w:lang w:val="cs-CZ"/>
              </w:rPr>
            </w:pPr>
            <w:r w:rsidRPr="00ED7532">
              <w:rPr>
                <w:b/>
                <w:sz w:val="48"/>
                <w:szCs w:val="48"/>
                <w:lang w:val="cs-CZ"/>
              </w:rPr>
              <w:t>INFORMACE</w:t>
            </w:r>
          </w:p>
          <w:p w14:paraId="771C677B" w14:textId="29E0F49E" w:rsidR="008369BB" w:rsidRPr="00ED7532" w:rsidRDefault="00D5349B">
            <w:pPr>
              <w:spacing w:after="80"/>
              <w:jc w:val="center"/>
              <w:rPr>
                <w:sz w:val="28"/>
                <w:szCs w:val="28"/>
                <w:lang w:val="cs-CZ"/>
              </w:rPr>
            </w:pPr>
            <w:r>
              <w:rPr>
                <w:b/>
                <w:noProof/>
                <w:sz w:val="22"/>
                <w:lang w:val="cs-CZ"/>
              </w:rPr>
              <w:drawing>
                <wp:inline distT="0" distB="0" distL="0" distR="0" wp14:anchorId="3615137C" wp14:editId="54F77687">
                  <wp:extent cx="2452370" cy="2452370"/>
                  <wp:effectExtent l="0" t="0" r="5080" b="5080"/>
                  <wp:docPr id="1882048470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048470" name="Obrázek 188204847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2370" cy="2452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00000" w:rsidRPr="0065798B">
              <w:rPr>
                <w:b/>
                <w:sz w:val="22"/>
                <w:lang w:val="cs-CZ"/>
              </w:rPr>
              <w:t>pr</w:t>
            </w:r>
            <w:r w:rsidR="00000000" w:rsidRPr="00ED7532">
              <w:rPr>
                <w:b/>
                <w:sz w:val="28"/>
                <w:szCs w:val="28"/>
                <w:lang w:val="cs-CZ"/>
              </w:rPr>
              <w:t>o rodiče a žáky</w:t>
            </w:r>
          </w:p>
          <w:p w14:paraId="17BAC80E" w14:textId="6CEE3193" w:rsidR="008369BB" w:rsidRPr="00ED7532" w:rsidRDefault="00000000">
            <w:pPr>
              <w:spacing w:after="200"/>
              <w:jc w:val="center"/>
              <w:rPr>
                <w:sz w:val="36"/>
                <w:szCs w:val="36"/>
                <w:lang w:val="cs-CZ"/>
              </w:rPr>
            </w:pPr>
            <w:r w:rsidRPr="00ED7532">
              <w:rPr>
                <w:b/>
                <w:sz w:val="36"/>
                <w:szCs w:val="36"/>
                <w:lang w:val="cs-CZ"/>
              </w:rPr>
              <w:t>Školní rok 2026/2027</w:t>
            </w:r>
          </w:p>
          <w:p w14:paraId="7D2E9C67" w14:textId="11DEAFBE" w:rsidR="008369BB" w:rsidRPr="00ED7532" w:rsidRDefault="00000000" w:rsidP="004435AD">
            <w:pPr>
              <w:spacing w:before="180" w:after="20"/>
              <w:jc w:val="center"/>
              <w:rPr>
                <w:sz w:val="24"/>
                <w:szCs w:val="24"/>
                <w:lang w:val="cs-CZ"/>
              </w:rPr>
            </w:pPr>
            <w:r w:rsidRPr="00ED7532">
              <w:rPr>
                <w:b/>
                <w:color w:val="1F4E79"/>
                <w:sz w:val="24"/>
                <w:szCs w:val="24"/>
                <w:lang w:val="cs-CZ"/>
              </w:rPr>
              <w:t>NAŠE VIZE</w:t>
            </w:r>
          </w:p>
          <w:p w14:paraId="0A977072" w14:textId="77777777" w:rsidR="00820C7A" w:rsidRPr="00ED7532" w:rsidRDefault="00820C7A" w:rsidP="004435AD">
            <w:pPr>
              <w:jc w:val="center"/>
              <w:rPr>
                <w:b/>
                <w:bCs/>
                <w:sz w:val="24"/>
                <w:szCs w:val="24"/>
                <w:lang w:val="cs-CZ"/>
              </w:rPr>
            </w:pPr>
            <w:r w:rsidRPr="00ED7532">
              <w:rPr>
                <w:b/>
                <w:bCs/>
                <w:sz w:val="24"/>
                <w:szCs w:val="24"/>
                <w:lang w:val="cs-CZ"/>
              </w:rPr>
              <w:t xml:space="preserve">Vize: </w:t>
            </w:r>
          </w:p>
          <w:p w14:paraId="003303CC" w14:textId="4F2CF3F2" w:rsidR="008369BB" w:rsidRPr="00ED7532" w:rsidRDefault="00000000" w:rsidP="004435AD">
            <w:pPr>
              <w:jc w:val="center"/>
              <w:rPr>
                <w:b/>
                <w:bCs/>
                <w:sz w:val="24"/>
                <w:szCs w:val="24"/>
                <w:lang w:val="cs-CZ"/>
              </w:rPr>
            </w:pPr>
            <w:r w:rsidRPr="00ED7532">
              <w:rPr>
                <w:b/>
                <w:bCs/>
                <w:sz w:val="24"/>
                <w:szCs w:val="24"/>
                <w:lang w:val="cs-CZ"/>
              </w:rPr>
              <w:t>Společně rosteme s respektem, spoluprací a odpovědností.</w:t>
            </w:r>
          </w:p>
          <w:p w14:paraId="40255DA2" w14:textId="61DD2894" w:rsidR="008369BB" w:rsidRPr="0065798B" w:rsidRDefault="00000000" w:rsidP="004435AD">
            <w:pPr>
              <w:spacing w:before="100" w:after="20"/>
              <w:jc w:val="center"/>
              <w:rPr>
                <w:lang w:val="cs-CZ"/>
              </w:rPr>
            </w:pPr>
            <w:r w:rsidRPr="0065798B">
              <w:rPr>
                <w:b/>
                <w:color w:val="1F4E79"/>
                <w:sz w:val="19"/>
                <w:lang w:val="cs-CZ"/>
              </w:rPr>
              <w:t>NAŠE POSLÁNÍ</w:t>
            </w:r>
          </w:p>
          <w:p w14:paraId="7485F65A" w14:textId="3BB432A1" w:rsidR="008369BB" w:rsidRPr="0065798B" w:rsidRDefault="00000000" w:rsidP="004435AD">
            <w:pPr>
              <w:jc w:val="center"/>
              <w:rPr>
                <w:lang w:val="cs-CZ"/>
              </w:rPr>
            </w:pPr>
            <w:r w:rsidRPr="0065798B">
              <w:rPr>
                <w:lang w:val="cs-CZ"/>
              </w:rPr>
              <w:t>Vytváříme bezpečné a inspirující prostředí, ve kterém každý žák rozvíjí svůj potenciál, získává potřebné znalosti a dovednosti a učí se být odpovědným členem společnosti.</w:t>
            </w:r>
          </w:p>
        </w:tc>
      </w:tr>
    </w:tbl>
    <w:p w14:paraId="4F33849D" w14:textId="37D6AC20" w:rsidR="008369BB" w:rsidRPr="0065798B" w:rsidRDefault="008369BB">
      <w:pPr>
        <w:rPr>
          <w:lang w:val="cs-CZ"/>
        </w:rPr>
        <w:sectPr w:rsidR="008369BB" w:rsidRPr="0065798B">
          <w:pgSz w:w="16838" w:h="11906" w:orient="landscape"/>
          <w:pgMar w:top="255" w:right="255" w:bottom="255" w:left="255" w:header="720" w:footer="720" w:gutter="0"/>
          <w:cols w:space="720"/>
          <w:docGrid w:linePitch="360"/>
        </w:sect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82"/>
        <w:gridCol w:w="4082"/>
        <w:gridCol w:w="4072"/>
        <w:gridCol w:w="4082"/>
      </w:tblGrid>
      <w:tr w:rsidR="008369BB" w:rsidRPr="0065798B" w14:paraId="5A6EDBB2" w14:textId="77777777" w:rsidTr="0065798B">
        <w:trPr>
          <w:trHeight w:hRule="exact" w:val="11225"/>
        </w:trPr>
        <w:tc>
          <w:tcPr>
            <w:tcW w:w="4082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735135" w14:textId="77777777" w:rsidR="008369BB" w:rsidRPr="0065798B" w:rsidRDefault="008369BB">
            <w:pPr>
              <w:rPr>
                <w:lang w:val="cs-CZ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82"/>
            </w:tblGrid>
            <w:tr w:rsidR="008369BB" w:rsidRPr="0065798B" w14:paraId="23B14C1C" w14:textId="77777777">
              <w:tc>
                <w:tcPr>
                  <w:tcW w:w="4082" w:type="dxa"/>
                  <w:shd w:val="clear" w:color="auto" w:fill="ED7D31"/>
                  <w:tcMar>
                    <w:top w:w="65" w:type="dxa"/>
                    <w:left w:w="90" w:type="dxa"/>
                    <w:bottom w:w="65" w:type="dxa"/>
                    <w:right w:w="90" w:type="dxa"/>
                  </w:tcMar>
                </w:tcPr>
                <w:p w14:paraId="10FF0D63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b/>
                      <w:color w:val="FFFFFF"/>
                      <w:sz w:val="20"/>
                      <w:lang w:val="cs-CZ"/>
                    </w:rPr>
                    <w:t>ŠKOLNÍ JÍDELNA</w:t>
                  </w:r>
                </w:p>
              </w:tc>
            </w:tr>
          </w:tbl>
          <w:p w14:paraId="63C18A0A" w14:textId="77777777" w:rsidR="008369BB" w:rsidRPr="0065798B" w:rsidRDefault="008369BB">
            <w:pPr>
              <w:rPr>
                <w:lang w:val="cs-CZ"/>
              </w:rPr>
            </w:pPr>
          </w:p>
          <w:p w14:paraId="030F776C" w14:textId="77777777" w:rsidR="0065798B" w:rsidRPr="0065798B" w:rsidRDefault="00000000">
            <w:pPr>
              <w:rPr>
                <w:b/>
                <w:lang w:val="cs-CZ"/>
              </w:rPr>
            </w:pPr>
            <w:r w:rsidRPr="0065798B">
              <w:rPr>
                <w:b/>
                <w:lang w:val="cs-CZ"/>
              </w:rPr>
              <w:t xml:space="preserve">Vedoucí: </w:t>
            </w:r>
          </w:p>
          <w:p w14:paraId="12D9807F" w14:textId="03652894" w:rsidR="008369BB" w:rsidRPr="0065798B" w:rsidRDefault="00000000">
            <w:pPr>
              <w:rPr>
                <w:lang w:val="cs-CZ"/>
              </w:rPr>
            </w:pPr>
            <w:r w:rsidRPr="0065798B">
              <w:rPr>
                <w:b/>
                <w:lang w:val="cs-CZ"/>
              </w:rPr>
              <w:t>Ing. Renata Kozáková    tel. 731 421 982</w:t>
            </w:r>
          </w:p>
          <w:p w14:paraId="3D2339F7" w14:textId="77777777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ED7D31"/>
                <w:sz w:val="19"/>
                <w:lang w:val="cs-CZ"/>
              </w:rPr>
              <w:t>CENA OBĚDŮ</w:t>
            </w:r>
          </w:p>
          <w:p w14:paraId="0B738A8E" w14:textId="77777777" w:rsidR="008369BB" w:rsidRPr="0065798B" w:rsidRDefault="00000000">
            <w:pPr>
              <w:spacing w:after="10"/>
              <w:ind w:left="125" w:hanging="102"/>
              <w:rPr>
                <w:lang w:val="cs-CZ"/>
              </w:rPr>
            </w:pPr>
            <w:r w:rsidRPr="0065798B">
              <w:rPr>
                <w:b/>
                <w:color w:val="ED7D31"/>
                <w:lang w:val="cs-CZ"/>
              </w:rPr>
              <w:t xml:space="preserve">• </w:t>
            </w:r>
            <w:r w:rsidRPr="0065798B">
              <w:rPr>
                <w:lang w:val="cs-CZ"/>
              </w:rPr>
              <w:t>7–10 let: 35 Kč</w:t>
            </w:r>
          </w:p>
          <w:p w14:paraId="6A972A8C" w14:textId="77777777" w:rsidR="008369BB" w:rsidRPr="0065798B" w:rsidRDefault="00000000">
            <w:pPr>
              <w:spacing w:after="10"/>
              <w:ind w:left="125" w:hanging="102"/>
              <w:rPr>
                <w:lang w:val="cs-CZ"/>
              </w:rPr>
            </w:pPr>
            <w:r w:rsidRPr="0065798B">
              <w:rPr>
                <w:b/>
                <w:color w:val="ED7D31"/>
                <w:lang w:val="cs-CZ"/>
              </w:rPr>
              <w:t xml:space="preserve">• </w:t>
            </w:r>
            <w:r w:rsidRPr="0065798B">
              <w:rPr>
                <w:lang w:val="cs-CZ"/>
              </w:rPr>
              <w:t>11–14 let: 36 Kč</w:t>
            </w:r>
          </w:p>
          <w:p w14:paraId="44482935" w14:textId="77777777" w:rsidR="008369BB" w:rsidRPr="0065798B" w:rsidRDefault="00000000">
            <w:pPr>
              <w:spacing w:after="10"/>
              <w:ind w:left="125" w:hanging="102"/>
              <w:rPr>
                <w:lang w:val="cs-CZ"/>
              </w:rPr>
            </w:pPr>
            <w:r w:rsidRPr="0065798B">
              <w:rPr>
                <w:b/>
                <w:color w:val="ED7D31"/>
                <w:lang w:val="cs-CZ"/>
              </w:rPr>
              <w:t xml:space="preserve">• </w:t>
            </w:r>
            <w:r w:rsidRPr="0065798B">
              <w:rPr>
                <w:lang w:val="cs-CZ"/>
              </w:rPr>
              <w:t>15 a více let: 45 Kč</w:t>
            </w:r>
          </w:p>
          <w:p w14:paraId="55D44FE9" w14:textId="77777777" w:rsidR="0065798B" w:rsidRPr="0065798B" w:rsidRDefault="0065798B">
            <w:pPr>
              <w:spacing w:after="10"/>
              <w:ind w:left="125" w:hanging="102"/>
              <w:rPr>
                <w:lang w:val="cs-CZ"/>
              </w:rPr>
            </w:pPr>
          </w:p>
          <w:p w14:paraId="1F61A2C2" w14:textId="77777777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ED7D31"/>
                <w:sz w:val="19"/>
                <w:lang w:val="cs-CZ"/>
              </w:rPr>
              <w:t>PLATBA A ČIP</w:t>
            </w:r>
          </w:p>
          <w:p w14:paraId="7FADB168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Stravné se hradí předem bankovním převodem na účet školy. Každý strávník používá přidělený variabilní symbol.</w:t>
            </w:r>
          </w:p>
          <w:p w14:paraId="457BE72E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Čip pro odběr a objednávání obědů stojí 121 Kč; je nevratný a zůstává strávníkovi.</w:t>
            </w:r>
          </w:p>
          <w:p w14:paraId="2856E209" w14:textId="77777777" w:rsidR="0065798B" w:rsidRPr="0065798B" w:rsidRDefault="0065798B">
            <w:pPr>
              <w:rPr>
                <w:lang w:val="cs-CZ"/>
              </w:rPr>
            </w:pPr>
          </w:p>
          <w:p w14:paraId="3D60A80D" w14:textId="77777777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ED7D31"/>
                <w:sz w:val="19"/>
                <w:lang w:val="cs-CZ"/>
              </w:rPr>
              <w:t>ODHLAŠOVÁNÍ</w:t>
            </w:r>
          </w:p>
          <w:p w14:paraId="401BDA7B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Oběd na následující den je nutné odhlásit nejpozději do 13:30 předchozího pracovního dne. Neodhlášený oběd se účtuje.</w:t>
            </w:r>
          </w:p>
          <w:p w14:paraId="07997FC5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První den nemoci lze oběd odebrat za cenu příslušné žákovské kategorie.</w:t>
            </w:r>
          </w:p>
          <w:p w14:paraId="77F732B2" w14:textId="77777777" w:rsidR="0065798B" w:rsidRPr="0065798B" w:rsidRDefault="0065798B">
            <w:pPr>
              <w:rPr>
                <w:lang w:val="cs-CZ"/>
              </w:rPr>
            </w:pPr>
          </w:p>
          <w:p w14:paraId="26C76F4D" w14:textId="77777777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ED7D31"/>
                <w:sz w:val="19"/>
                <w:lang w:val="cs-CZ"/>
              </w:rPr>
              <w:t>VYÚČTOVÁNÍ</w:t>
            </w:r>
          </w:p>
          <w:p w14:paraId="4C05A26E" w14:textId="77777777" w:rsidR="008369B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Vyúčtování stravování probíhá 2× ročně – v lednu a červenci.</w:t>
            </w:r>
          </w:p>
          <w:p w14:paraId="7F0FCDD8" w14:textId="77777777" w:rsidR="0065798B" w:rsidRPr="0065798B" w:rsidRDefault="0065798B">
            <w:pPr>
              <w:rPr>
                <w:lang w:val="cs-CZ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82"/>
            </w:tblGrid>
            <w:tr w:rsidR="008369BB" w:rsidRPr="0065798B" w14:paraId="35771683" w14:textId="77777777">
              <w:tc>
                <w:tcPr>
                  <w:tcW w:w="4082" w:type="dxa"/>
                  <w:shd w:val="clear" w:color="auto" w:fill="FFF1E7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0F353E6A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b/>
                      <w:color w:val="ED7D31"/>
                      <w:sz w:val="19"/>
                      <w:lang w:val="cs-CZ"/>
                    </w:rPr>
                    <w:t>KDE HLEDAT JÍDELNÍČEK</w:t>
                  </w:r>
                </w:p>
                <w:p w14:paraId="08A823EE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lang w:val="cs-CZ"/>
                    </w:rPr>
                    <w:t>Aktuální jídelníček a další informace jsou na webu školy a v aplikaci Strava.</w:t>
                  </w:r>
                </w:p>
              </w:tc>
            </w:tr>
          </w:tbl>
          <w:p w14:paraId="34A76A25" w14:textId="77777777" w:rsidR="008369BB" w:rsidRPr="0065798B" w:rsidRDefault="008369BB">
            <w:pPr>
              <w:rPr>
                <w:lang w:val="cs-CZ"/>
              </w:rPr>
            </w:pPr>
          </w:p>
        </w:tc>
        <w:tc>
          <w:tcPr>
            <w:tcW w:w="4082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9FDD05" w14:textId="77777777" w:rsidR="008369BB" w:rsidRPr="0065798B" w:rsidRDefault="008369BB">
            <w:pPr>
              <w:rPr>
                <w:lang w:val="cs-CZ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82"/>
            </w:tblGrid>
            <w:tr w:rsidR="008369BB" w:rsidRPr="0065798B" w14:paraId="512AA162" w14:textId="77777777">
              <w:tc>
                <w:tcPr>
                  <w:tcW w:w="4082" w:type="dxa"/>
                  <w:shd w:val="clear" w:color="auto" w:fill="548235"/>
                  <w:tcMar>
                    <w:top w:w="65" w:type="dxa"/>
                    <w:left w:w="90" w:type="dxa"/>
                    <w:bottom w:w="65" w:type="dxa"/>
                    <w:right w:w="90" w:type="dxa"/>
                  </w:tcMar>
                </w:tcPr>
                <w:p w14:paraId="30EEB88C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b/>
                      <w:color w:val="FFFFFF"/>
                      <w:sz w:val="20"/>
                      <w:lang w:val="cs-CZ"/>
                    </w:rPr>
                    <w:t>ŠKOLNÍ DRUŽINA A KLUB</w:t>
                  </w:r>
                </w:p>
              </w:tc>
            </w:tr>
          </w:tbl>
          <w:p w14:paraId="6B7E143A" w14:textId="77777777" w:rsidR="008369BB" w:rsidRPr="0065798B" w:rsidRDefault="008369BB">
            <w:pPr>
              <w:rPr>
                <w:lang w:val="cs-CZ"/>
              </w:rPr>
            </w:pPr>
          </w:p>
          <w:p w14:paraId="37A131CF" w14:textId="77777777" w:rsidR="004435AD" w:rsidRPr="0065798B" w:rsidRDefault="00000000">
            <w:pPr>
              <w:rPr>
                <w:b/>
                <w:lang w:val="cs-CZ"/>
              </w:rPr>
            </w:pPr>
            <w:r w:rsidRPr="0065798B">
              <w:rPr>
                <w:b/>
                <w:lang w:val="cs-CZ"/>
              </w:rPr>
              <w:t xml:space="preserve">Vedoucí: </w:t>
            </w:r>
          </w:p>
          <w:p w14:paraId="5EDAD6ED" w14:textId="2FDAFCB3" w:rsidR="008369BB" w:rsidRPr="0065798B" w:rsidRDefault="00000000">
            <w:pPr>
              <w:rPr>
                <w:b/>
                <w:lang w:val="cs-CZ"/>
              </w:rPr>
            </w:pPr>
            <w:r w:rsidRPr="0065798B">
              <w:rPr>
                <w:b/>
                <w:lang w:val="cs-CZ"/>
              </w:rPr>
              <w:t xml:space="preserve">Bc. Marcela </w:t>
            </w:r>
            <w:proofErr w:type="gramStart"/>
            <w:r w:rsidRPr="0065798B">
              <w:rPr>
                <w:b/>
                <w:lang w:val="cs-CZ"/>
              </w:rPr>
              <w:t>Fišerová  tel.</w:t>
            </w:r>
            <w:proofErr w:type="gramEnd"/>
            <w:r w:rsidRPr="0065798B">
              <w:rPr>
                <w:b/>
                <w:lang w:val="cs-CZ"/>
              </w:rPr>
              <w:t xml:space="preserve"> 734 296</w:t>
            </w:r>
            <w:r w:rsidR="0065798B" w:rsidRPr="0065798B">
              <w:rPr>
                <w:b/>
                <w:lang w:val="cs-CZ"/>
              </w:rPr>
              <w:t> </w:t>
            </w:r>
            <w:r w:rsidRPr="0065798B">
              <w:rPr>
                <w:b/>
                <w:lang w:val="cs-CZ"/>
              </w:rPr>
              <w:t>350</w:t>
            </w:r>
          </w:p>
          <w:p w14:paraId="5BF1AAE1" w14:textId="77777777" w:rsidR="0065798B" w:rsidRPr="0065798B" w:rsidRDefault="0065798B">
            <w:pPr>
              <w:rPr>
                <w:b/>
                <w:lang w:val="cs-CZ"/>
              </w:rPr>
            </w:pPr>
          </w:p>
          <w:p w14:paraId="1B0AF13C" w14:textId="64642CD6" w:rsidR="0065798B" w:rsidRPr="0065798B" w:rsidRDefault="0065798B" w:rsidP="0065798B">
            <w:pPr>
              <w:spacing w:before="100" w:after="20"/>
              <w:rPr>
                <w:b/>
                <w:color w:val="548235"/>
                <w:sz w:val="19"/>
                <w:lang w:val="cs-CZ"/>
              </w:rPr>
            </w:pPr>
            <w:r w:rsidRPr="0065798B">
              <w:rPr>
                <w:b/>
                <w:color w:val="548235"/>
                <w:sz w:val="19"/>
                <w:lang w:val="cs-CZ"/>
              </w:rPr>
              <w:t>PROVOZNÍ DOBA</w:t>
            </w:r>
          </w:p>
          <w:p w14:paraId="41EBE01E" w14:textId="51BE60F8" w:rsidR="0065798B" w:rsidRPr="0065798B" w:rsidRDefault="0065798B" w:rsidP="0065798B">
            <w:pPr>
              <w:spacing w:before="100" w:after="20"/>
              <w:rPr>
                <w:bCs/>
                <w:sz w:val="19"/>
                <w:lang w:val="cs-CZ"/>
              </w:rPr>
            </w:pPr>
            <w:r w:rsidRPr="0065798B">
              <w:rPr>
                <w:bCs/>
                <w:sz w:val="19"/>
                <w:lang w:val="cs-CZ"/>
              </w:rPr>
              <w:t>6:00 – 7:30 ranní družina</w:t>
            </w:r>
          </w:p>
          <w:p w14:paraId="47FE2D44" w14:textId="2E69968C" w:rsidR="0065798B" w:rsidRPr="0065798B" w:rsidRDefault="0065798B" w:rsidP="0065798B">
            <w:pPr>
              <w:spacing w:before="100" w:after="20"/>
              <w:rPr>
                <w:bCs/>
                <w:lang w:val="cs-CZ"/>
              </w:rPr>
            </w:pPr>
            <w:r w:rsidRPr="0065798B">
              <w:rPr>
                <w:bCs/>
                <w:sz w:val="19"/>
                <w:lang w:val="cs-CZ"/>
              </w:rPr>
              <w:t>11:30 – 16:30 odpolední družina</w:t>
            </w:r>
          </w:p>
          <w:p w14:paraId="1DA89F01" w14:textId="77777777" w:rsidR="0065798B" w:rsidRPr="0065798B" w:rsidRDefault="0065798B">
            <w:pPr>
              <w:rPr>
                <w:lang w:val="cs-CZ"/>
              </w:rPr>
            </w:pPr>
          </w:p>
          <w:p w14:paraId="0C7424A2" w14:textId="77777777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548235"/>
                <w:sz w:val="19"/>
                <w:lang w:val="cs-CZ"/>
              </w:rPr>
              <w:t>ÚPLATA ZA ŠD</w:t>
            </w:r>
          </w:p>
          <w:p w14:paraId="5EAE08DB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b/>
                <w:lang w:val="cs-CZ"/>
              </w:rPr>
              <w:t>150 Kč měsíčně za žáka.</w:t>
            </w:r>
          </w:p>
          <w:p w14:paraId="5596A7A1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Úplata se hradí bezhotovostně a předem ve dvou splátkách: září–prosinec a leden–červen.</w:t>
            </w:r>
          </w:p>
          <w:p w14:paraId="0FA99ED0" w14:textId="77777777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548235"/>
                <w:sz w:val="19"/>
                <w:lang w:val="cs-CZ"/>
              </w:rPr>
              <w:t>PRAVIDLA ÚPLATY</w:t>
            </w:r>
          </w:p>
          <w:p w14:paraId="793E4470" w14:textId="77777777" w:rsidR="008369BB" w:rsidRPr="0065798B" w:rsidRDefault="00000000">
            <w:pPr>
              <w:spacing w:after="10"/>
              <w:ind w:left="125" w:hanging="102"/>
              <w:rPr>
                <w:lang w:val="cs-CZ"/>
              </w:rPr>
            </w:pPr>
            <w:r w:rsidRPr="0065798B">
              <w:rPr>
                <w:b/>
                <w:color w:val="548235"/>
                <w:lang w:val="cs-CZ"/>
              </w:rPr>
              <w:t xml:space="preserve">• </w:t>
            </w:r>
            <w:r w:rsidRPr="0065798B">
              <w:rPr>
                <w:lang w:val="cs-CZ"/>
              </w:rPr>
              <w:t>Při omezení nebo přerušení provozu ŠD na více než 5 dnů v měsíci se úplata poměrně snižuje.</w:t>
            </w:r>
          </w:p>
          <w:p w14:paraId="64D46356" w14:textId="77777777" w:rsidR="008369BB" w:rsidRPr="0065798B" w:rsidRDefault="00000000">
            <w:pPr>
              <w:spacing w:after="10"/>
              <w:ind w:left="125" w:hanging="102"/>
              <w:rPr>
                <w:lang w:val="cs-CZ"/>
              </w:rPr>
            </w:pPr>
            <w:r w:rsidRPr="0065798B">
              <w:rPr>
                <w:b/>
                <w:color w:val="548235"/>
                <w:lang w:val="cs-CZ"/>
              </w:rPr>
              <w:t xml:space="preserve">• </w:t>
            </w:r>
            <w:r w:rsidRPr="0065798B">
              <w:rPr>
                <w:lang w:val="cs-CZ"/>
              </w:rPr>
              <w:t>Za stanovených podmínek lze požádat o snížení nebo osvobození od úplaty.</w:t>
            </w:r>
          </w:p>
          <w:p w14:paraId="42F3D4C0" w14:textId="77777777" w:rsidR="008369BB" w:rsidRPr="0065798B" w:rsidRDefault="00000000">
            <w:pPr>
              <w:spacing w:after="10"/>
              <w:ind w:left="125" w:hanging="102"/>
              <w:rPr>
                <w:lang w:val="cs-CZ"/>
              </w:rPr>
            </w:pPr>
            <w:r w:rsidRPr="0065798B">
              <w:rPr>
                <w:b/>
                <w:color w:val="548235"/>
                <w:lang w:val="cs-CZ"/>
              </w:rPr>
              <w:t xml:space="preserve">• </w:t>
            </w:r>
            <w:r w:rsidRPr="0065798B">
              <w:rPr>
                <w:lang w:val="cs-CZ"/>
              </w:rPr>
              <w:t>Konkrétní termíny splatnosti škola zveřejní pro daný školní rok.</w:t>
            </w:r>
          </w:p>
          <w:p w14:paraId="4ED6E619" w14:textId="77777777" w:rsidR="00FA2A70" w:rsidRPr="0065798B" w:rsidRDefault="00FA2A70" w:rsidP="00FA2A7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548235"/>
                <w:sz w:val="19"/>
                <w:lang w:val="cs-CZ"/>
              </w:rPr>
              <w:t>KONTAKTY</w:t>
            </w:r>
          </w:p>
          <w:p w14:paraId="25462593" w14:textId="77777777" w:rsidR="00FA2A70" w:rsidRPr="0065798B" w:rsidRDefault="00FA2A70" w:rsidP="00FA2A70">
            <w:pPr>
              <w:rPr>
                <w:lang w:val="cs-CZ"/>
              </w:rPr>
            </w:pPr>
            <w:r w:rsidRPr="0065798B">
              <w:rPr>
                <w:lang w:val="cs-CZ"/>
              </w:rPr>
              <w:t xml:space="preserve">Modré oddělení: </w:t>
            </w:r>
            <w:hyperlink r:id="rId9" w:history="1">
              <w:r w:rsidRPr="0065798B">
                <w:rPr>
                  <w:rStyle w:val="Hypertextovodkaz"/>
                  <w:color w:val="auto"/>
                  <w:u w:val="none"/>
                  <w:bdr w:val="none" w:sz="0" w:space="0" w:color="auto" w:frame="1"/>
                  <w:shd w:val="clear" w:color="auto" w:fill="FFFFFF"/>
                  <w:lang w:val="cs-CZ"/>
                </w:rPr>
                <w:t>734 296 350</w:t>
              </w:r>
            </w:hyperlink>
          </w:p>
          <w:p w14:paraId="0F1C3FBD" w14:textId="77777777" w:rsidR="00FA2A70" w:rsidRPr="0065798B" w:rsidRDefault="00FA2A70" w:rsidP="00FA2A70">
            <w:pPr>
              <w:rPr>
                <w:lang w:val="cs-CZ"/>
              </w:rPr>
            </w:pPr>
            <w:r w:rsidRPr="0065798B">
              <w:rPr>
                <w:lang w:val="cs-CZ"/>
              </w:rPr>
              <w:t>Růžové oddělení: 731422589</w:t>
            </w:r>
          </w:p>
          <w:p w14:paraId="49C5E623" w14:textId="77777777" w:rsidR="00FA2A70" w:rsidRPr="0065798B" w:rsidRDefault="00FA2A70" w:rsidP="00FA2A70">
            <w:pPr>
              <w:rPr>
                <w:lang w:val="cs-CZ"/>
              </w:rPr>
            </w:pPr>
            <w:r w:rsidRPr="0065798B">
              <w:rPr>
                <w:lang w:val="cs-CZ"/>
              </w:rPr>
              <w:t xml:space="preserve">Zelené oddělení: </w:t>
            </w:r>
            <w:hyperlink r:id="rId10" w:history="1">
              <w:r w:rsidRPr="0065798B">
                <w:rPr>
                  <w:rStyle w:val="Hypertextovodkaz"/>
                  <w:color w:val="auto"/>
                  <w:u w:val="none"/>
                  <w:bdr w:val="none" w:sz="0" w:space="0" w:color="auto" w:frame="1"/>
                  <w:shd w:val="clear" w:color="auto" w:fill="F5F5F5"/>
                </w:rPr>
                <w:t>731 422 597</w:t>
              </w:r>
            </w:hyperlink>
          </w:p>
          <w:p w14:paraId="481ABA8F" w14:textId="77777777" w:rsidR="00FA2A70" w:rsidRPr="0065798B" w:rsidRDefault="00FA2A70" w:rsidP="00FA2A70">
            <w:pPr>
              <w:rPr>
                <w:lang w:val="cs-CZ"/>
              </w:rPr>
            </w:pPr>
            <w:r w:rsidRPr="0065798B">
              <w:rPr>
                <w:lang w:val="cs-CZ"/>
              </w:rPr>
              <w:t>Oranžové oddělení:</w:t>
            </w:r>
            <w:r w:rsidRPr="0065798B">
              <w:t xml:space="preserve"> </w:t>
            </w:r>
            <w:hyperlink r:id="rId11" w:history="1">
              <w:r w:rsidRPr="0065798B">
                <w:rPr>
                  <w:rStyle w:val="Hypertextovodkaz"/>
                  <w:color w:val="auto"/>
                  <w:u w:val="none"/>
                </w:rPr>
                <w:t>7</w:t>
              </w:r>
            </w:hyperlink>
            <w:r w:rsidRPr="0065798B">
              <w:t>31 422 617</w:t>
            </w:r>
          </w:p>
          <w:p w14:paraId="4473E4BA" w14:textId="77777777" w:rsidR="00FA2A70" w:rsidRDefault="00FA2A70" w:rsidP="00FA2A70">
            <w:r w:rsidRPr="0065798B">
              <w:rPr>
                <w:lang w:val="cs-CZ"/>
              </w:rPr>
              <w:t xml:space="preserve">Žluté oddělení: </w:t>
            </w:r>
            <w:hyperlink r:id="rId12" w:history="1">
              <w:r w:rsidRPr="0065798B">
                <w:rPr>
                  <w:rStyle w:val="Hypertextovodkaz"/>
                  <w:color w:val="auto"/>
                  <w:u w:val="none"/>
                </w:rPr>
                <w:t>736 79</w:t>
              </w:r>
            </w:hyperlink>
            <w:r w:rsidRPr="0065798B">
              <w:t>9</w:t>
            </w:r>
            <w:r>
              <w:t> </w:t>
            </w:r>
            <w:r w:rsidRPr="0065798B">
              <w:t>503</w:t>
            </w:r>
          </w:p>
          <w:p w14:paraId="2D1A992D" w14:textId="77777777" w:rsidR="00FA2A70" w:rsidRDefault="00FA2A70" w:rsidP="00FA2A70">
            <w:pPr>
              <w:rPr>
                <w:lang w:val="cs-CZ"/>
              </w:rPr>
            </w:pPr>
            <w:r>
              <w:t xml:space="preserve"> …….. </w:t>
            </w:r>
            <w:proofErr w:type="spellStart"/>
            <w:r>
              <w:t>oddělení</w:t>
            </w:r>
            <w:proofErr w:type="spellEnd"/>
          </w:p>
          <w:p w14:paraId="506B29C8" w14:textId="77777777" w:rsidR="0065798B" w:rsidRPr="0065798B" w:rsidRDefault="0065798B">
            <w:pPr>
              <w:spacing w:after="10"/>
              <w:ind w:left="125" w:hanging="102"/>
              <w:rPr>
                <w:lang w:val="cs-CZ"/>
              </w:rPr>
            </w:pPr>
          </w:p>
          <w:p w14:paraId="1F35A2EB" w14:textId="77777777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548235"/>
                <w:sz w:val="19"/>
                <w:lang w:val="cs-CZ"/>
              </w:rPr>
              <w:t>ŠKOLNÍ KLUB</w:t>
            </w:r>
          </w:p>
          <w:p w14:paraId="67B7CAB0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Škola nabízí školní klub a zájmové kroužky. Aktuální nabídka je zveřejněna na webu školy.</w:t>
            </w:r>
          </w:p>
          <w:p w14:paraId="2E10B2F8" w14:textId="77777777" w:rsidR="0065798B" w:rsidRPr="0065798B" w:rsidRDefault="0065798B" w:rsidP="0065798B">
            <w:pPr>
              <w:rPr>
                <w:lang w:val="cs-CZ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82"/>
            </w:tblGrid>
            <w:tr w:rsidR="008369BB" w:rsidRPr="0065798B" w14:paraId="2230F1A4" w14:textId="77777777">
              <w:tc>
                <w:tcPr>
                  <w:tcW w:w="4082" w:type="dxa"/>
                  <w:shd w:val="clear" w:color="auto" w:fill="EFF6EB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25CD93BA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b/>
                      <w:color w:val="548235"/>
                      <w:sz w:val="19"/>
                      <w:lang w:val="cs-CZ"/>
                    </w:rPr>
                    <w:t>PRAKTICKÁ POZNÁMKA</w:t>
                  </w:r>
                </w:p>
                <w:p w14:paraId="5AA90BA7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lang w:val="cs-CZ"/>
                    </w:rPr>
                    <w:t>Změny provozu družiny a klubu jsou zveřejňovány prostřednictvím školy a na webu.</w:t>
                  </w:r>
                </w:p>
              </w:tc>
            </w:tr>
          </w:tbl>
          <w:p w14:paraId="4AB2F09A" w14:textId="77777777" w:rsidR="008369BB" w:rsidRPr="0065798B" w:rsidRDefault="008369BB">
            <w:pPr>
              <w:rPr>
                <w:lang w:val="cs-CZ"/>
              </w:rPr>
            </w:pPr>
          </w:p>
        </w:tc>
        <w:tc>
          <w:tcPr>
            <w:tcW w:w="4072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C51D7C" w14:textId="77777777" w:rsidR="008369BB" w:rsidRPr="0065798B" w:rsidRDefault="008369BB">
            <w:pPr>
              <w:rPr>
                <w:lang w:val="cs-CZ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82"/>
            </w:tblGrid>
            <w:tr w:rsidR="008369BB" w:rsidRPr="0065798B" w14:paraId="5973AD20" w14:textId="77777777">
              <w:tc>
                <w:tcPr>
                  <w:tcW w:w="4082" w:type="dxa"/>
                  <w:shd w:val="clear" w:color="auto" w:fill="1F4E79"/>
                  <w:tcMar>
                    <w:top w:w="65" w:type="dxa"/>
                    <w:left w:w="90" w:type="dxa"/>
                    <w:bottom w:w="65" w:type="dxa"/>
                    <w:right w:w="90" w:type="dxa"/>
                  </w:tcMar>
                </w:tcPr>
                <w:p w14:paraId="1E08FA36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b/>
                      <w:color w:val="FFFFFF"/>
                      <w:sz w:val="20"/>
                      <w:lang w:val="cs-CZ"/>
                    </w:rPr>
                    <w:t>KOMUNIKACE S RODIČI</w:t>
                  </w:r>
                </w:p>
              </w:tc>
            </w:tr>
          </w:tbl>
          <w:p w14:paraId="45C597B7" w14:textId="77777777" w:rsidR="008369BB" w:rsidRPr="0065798B" w:rsidRDefault="008369BB">
            <w:pPr>
              <w:rPr>
                <w:lang w:val="cs-CZ"/>
              </w:rPr>
            </w:pPr>
          </w:p>
          <w:p w14:paraId="485A2152" w14:textId="77777777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1F4E79"/>
                <w:sz w:val="19"/>
                <w:lang w:val="cs-CZ"/>
              </w:rPr>
              <w:t>BAKALÁŘI</w:t>
            </w:r>
          </w:p>
          <w:p w14:paraId="44BD1876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Elektronický informační systém školy slouží k předávání informací, hodnocení, rozvrhu a suplování.</w:t>
            </w:r>
          </w:p>
          <w:p w14:paraId="25604042" w14:textId="77777777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1F4E79"/>
                <w:sz w:val="19"/>
                <w:lang w:val="cs-CZ"/>
              </w:rPr>
              <w:t>KONZULTACE A TRIPARTITY</w:t>
            </w:r>
          </w:p>
          <w:p w14:paraId="788DF233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Informace o prospěchu a chování jsou předávány průběžně. Škola využívá třídní schůzky, individuální konzultace a tripartity.</w:t>
            </w:r>
          </w:p>
          <w:p w14:paraId="789180A4" w14:textId="77777777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1F4E79"/>
                <w:sz w:val="19"/>
                <w:lang w:val="cs-CZ"/>
              </w:rPr>
              <w:t>WEB ŠKOLY</w:t>
            </w:r>
          </w:p>
          <w:p w14:paraId="010105FF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b/>
                <w:lang w:val="cs-CZ"/>
              </w:rPr>
              <w:t>www.zsbela.cz</w:t>
            </w:r>
          </w:p>
          <w:p w14:paraId="1F4FC934" w14:textId="6E1643E1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 xml:space="preserve">Na webu najdete aktuality, dokumenty, </w:t>
            </w:r>
            <w:proofErr w:type="gramStart"/>
            <w:r w:rsidRPr="0065798B">
              <w:rPr>
                <w:lang w:val="cs-CZ"/>
              </w:rPr>
              <w:t>formuláře,  informace</w:t>
            </w:r>
            <w:proofErr w:type="gramEnd"/>
            <w:r w:rsidRPr="0065798B">
              <w:rPr>
                <w:lang w:val="cs-CZ"/>
              </w:rPr>
              <w:t xml:space="preserve"> o družině a školním klubu.</w:t>
            </w:r>
          </w:p>
          <w:p w14:paraId="52E680E5" w14:textId="77777777" w:rsidR="008369BB" w:rsidRPr="0065798B" w:rsidRDefault="008369BB">
            <w:pPr>
              <w:spacing w:after="240"/>
              <w:rPr>
                <w:lang w:val="cs-CZ"/>
              </w:rPr>
            </w:pPr>
          </w:p>
          <w:p w14:paraId="44B85725" w14:textId="77777777" w:rsidR="004435AD" w:rsidRPr="0065798B" w:rsidRDefault="004435AD">
            <w:pPr>
              <w:spacing w:after="240"/>
              <w:rPr>
                <w:lang w:val="cs-CZ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82"/>
            </w:tblGrid>
            <w:tr w:rsidR="008369BB" w:rsidRPr="0065798B" w14:paraId="45E2C0E5" w14:textId="77777777">
              <w:tc>
                <w:tcPr>
                  <w:tcW w:w="4082" w:type="dxa"/>
                  <w:shd w:val="clear" w:color="auto" w:fill="EDF4F8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6FEBAE96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b/>
                      <w:color w:val="1F4E79"/>
                      <w:sz w:val="19"/>
                      <w:lang w:val="cs-CZ"/>
                    </w:rPr>
                    <w:t>DŮLEŽITÉ ODKAZY</w:t>
                  </w:r>
                </w:p>
                <w:p w14:paraId="3F95AD79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lang w:val="cs-CZ"/>
                    </w:rPr>
                    <w:t>Rozvrh a suplování – Bakaláři</w:t>
                  </w:r>
                </w:p>
                <w:p w14:paraId="6C2CD3E5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lang w:val="cs-CZ"/>
                    </w:rPr>
                    <w:t>Jídelníček – Strava</w:t>
                  </w:r>
                </w:p>
                <w:p w14:paraId="0EC9E956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lang w:val="cs-CZ"/>
                    </w:rPr>
                    <w:t>Školní řád a formuláře – web školy</w:t>
                  </w:r>
                </w:p>
                <w:p w14:paraId="73094681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lang w:val="cs-CZ"/>
                    </w:rPr>
                    <w:t>Aktuality a projekty – web školy</w:t>
                  </w:r>
                </w:p>
              </w:tc>
            </w:tr>
          </w:tbl>
          <w:p w14:paraId="270ED8C0" w14:textId="77777777" w:rsidR="008369BB" w:rsidRPr="0065798B" w:rsidRDefault="008369BB">
            <w:pPr>
              <w:rPr>
                <w:lang w:val="cs-CZ"/>
              </w:rPr>
            </w:pPr>
          </w:p>
          <w:p w14:paraId="7F9E0321" w14:textId="77777777" w:rsidR="008369BB" w:rsidRPr="0065798B" w:rsidRDefault="008369BB">
            <w:pPr>
              <w:spacing w:after="240"/>
              <w:rPr>
                <w:lang w:val="cs-CZ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82"/>
            </w:tblGrid>
            <w:tr w:rsidR="008369BB" w:rsidRPr="0065798B" w14:paraId="3832106F" w14:textId="77777777">
              <w:tc>
                <w:tcPr>
                  <w:tcW w:w="4082" w:type="dxa"/>
                  <w:shd w:val="clear" w:color="auto" w:fill="EDF4F8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6BEB10D5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b/>
                      <w:color w:val="1F4E79"/>
                      <w:sz w:val="19"/>
                      <w:lang w:val="cs-CZ"/>
                    </w:rPr>
                    <w:t>QR KÓDY</w:t>
                  </w:r>
                </w:p>
                <w:p w14:paraId="33F1A15B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lang w:val="cs-CZ"/>
                    </w:rPr>
                    <w:t>Místo pro QR kód na web školy</w:t>
                  </w:r>
                </w:p>
                <w:p w14:paraId="6E78A0B5" w14:textId="06EA0744" w:rsidR="004435AD" w:rsidRPr="0065798B" w:rsidRDefault="004435AD">
                  <w:pPr>
                    <w:rPr>
                      <w:lang w:val="cs-CZ"/>
                    </w:rPr>
                  </w:pPr>
                  <w:r w:rsidRPr="0065798B">
                    <w:rPr>
                      <w:noProof/>
                      <w:lang w:val="cs-CZ"/>
                    </w:rPr>
                    <w:drawing>
                      <wp:inline distT="0" distB="0" distL="0" distR="0" wp14:anchorId="5B25746C" wp14:editId="14F021B4">
                        <wp:extent cx="533400" cy="531990"/>
                        <wp:effectExtent l="0" t="0" r="0" b="1905"/>
                        <wp:docPr id="977209296" name="Obrázek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7209296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0"/>
                                  <a:ext cx="554817" cy="5533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D5BBBA8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lang w:val="cs-CZ"/>
                    </w:rPr>
                    <w:t>Místo pro QR kód do Bakalářů</w:t>
                  </w:r>
                </w:p>
                <w:p w14:paraId="2F06F001" w14:textId="618CD6E3" w:rsidR="004435AD" w:rsidRPr="0065798B" w:rsidRDefault="004435AD">
                  <w:pPr>
                    <w:rPr>
                      <w:lang w:val="cs-CZ"/>
                    </w:rPr>
                  </w:pPr>
                  <w:r w:rsidRPr="0065798B">
                    <w:rPr>
                      <w:noProof/>
                      <w:lang w:val="cs-CZ"/>
                    </w:rPr>
                    <w:drawing>
                      <wp:inline distT="0" distB="0" distL="0" distR="0" wp14:anchorId="731CACB6" wp14:editId="39CB642A">
                        <wp:extent cx="571500" cy="596348"/>
                        <wp:effectExtent l="0" t="0" r="0" b="0"/>
                        <wp:docPr id="466960275" name="Obrázek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6960275" name="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0"/>
                                  <a:ext cx="576044" cy="6010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3AD4365" w14:textId="77777777" w:rsidR="008369BB" w:rsidRPr="0065798B" w:rsidRDefault="008369BB">
            <w:pPr>
              <w:rPr>
                <w:lang w:val="cs-CZ"/>
              </w:rPr>
            </w:pPr>
          </w:p>
        </w:tc>
        <w:tc>
          <w:tcPr>
            <w:tcW w:w="4082" w:type="dxa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FF680F" w14:textId="77777777" w:rsidR="008369BB" w:rsidRPr="0065798B" w:rsidRDefault="008369BB">
            <w:pPr>
              <w:rPr>
                <w:lang w:val="cs-CZ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82"/>
            </w:tblGrid>
            <w:tr w:rsidR="008369BB" w:rsidRPr="0065798B" w14:paraId="38D0C091" w14:textId="77777777">
              <w:tc>
                <w:tcPr>
                  <w:tcW w:w="4082" w:type="dxa"/>
                  <w:shd w:val="clear" w:color="auto" w:fill="7030A0"/>
                  <w:tcMar>
                    <w:top w:w="65" w:type="dxa"/>
                    <w:left w:w="90" w:type="dxa"/>
                    <w:bottom w:w="65" w:type="dxa"/>
                    <w:right w:w="90" w:type="dxa"/>
                  </w:tcMar>
                </w:tcPr>
                <w:p w14:paraId="5947F6B7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b/>
                      <w:color w:val="FFFFFF"/>
                      <w:sz w:val="20"/>
                      <w:lang w:val="cs-CZ"/>
                    </w:rPr>
                    <w:t>NAŠE HODNOTY</w:t>
                  </w:r>
                </w:p>
              </w:tc>
            </w:tr>
          </w:tbl>
          <w:p w14:paraId="3B785EB5" w14:textId="77777777" w:rsidR="008369BB" w:rsidRPr="0065798B" w:rsidRDefault="008369BB">
            <w:pPr>
              <w:rPr>
                <w:lang w:val="cs-CZ"/>
              </w:rPr>
            </w:pPr>
          </w:p>
          <w:p w14:paraId="13D60C0A" w14:textId="77777777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548235"/>
                <w:sz w:val="19"/>
                <w:lang w:val="cs-CZ"/>
              </w:rPr>
              <w:t>RESPEKT</w:t>
            </w:r>
          </w:p>
          <w:p w14:paraId="15989DA6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Jednáme spolu s úctou, nasloucháme si a přijímáme rozdílnost.</w:t>
            </w:r>
          </w:p>
          <w:p w14:paraId="1AE49DC2" w14:textId="77777777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1F4E79"/>
                <w:sz w:val="19"/>
                <w:lang w:val="cs-CZ"/>
              </w:rPr>
              <w:t>SPOLUPRÁCE</w:t>
            </w:r>
          </w:p>
          <w:p w14:paraId="4F84D4A5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Učíme se jeden od druhého, sdílíme zkušenosti a společně hledáme řešení.</w:t>
            </w:r>
          </w:p>
          <w:p w14:paraId="35DEAE7C" w14:textId="77777777" w:rsidR="008369BB" w:rsidRPr="0065798B" w:rsidRDefault="00000000">
            <w:pPr>
              <w:spacing w:before="100" w:after="20"/>
              <w:rPr>
                <w:lang w:val="cs-CZ"/>
              </w:rPr>
            </w:pPr>
            <w:r w:rsidRPr="0065798B">
              <w:rPr>
                <w:b/>
                <w:color w:val="ED7D31"/>
                <w:sz w:val="19"/>
                <w:lang w:val="cs-CZ"/>
              </w:rPr>
              <w:t>ODPOVĚDNOST</w:t>
            </w:r>
          </w:p>
          <w:p w14:paraId="3AD89E25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Vedeme žáky k odpovědnosti za vlastní práci, rozhodování, vztahy i prostředí kolem sebe.</w:t>
            </w:r>
          </w:p>
          <w:p w14:paraId="2337B5C7" w14:textId="77777777" w:rsidR="008369BB" w:rsidRPr="0065798B" w:rsidRDefault="008369BB">
            <w:pPr>
              <w:spacing w:after="200"/>
              <w:rPr>
                <w:lang w:val="cs-CZ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82"/>
            </w:tblGrid>
            <w:tr w:rsidR="008369BB" w:rsidRPr="0065798B" w14:paraId="1F7E99C9" w14:textId="77777777">
              <w:tc>
                <w:tcPr>
                  <w:tcW w:w="4082" w:type="dxa"/>
                  <w:shd w:val="clear" w:color="auto" w:fill="7030A0"/>
                  <w:tcMar>
                    <w:top w:w="65" w:type="dxa"/>
                    <w:left w:w="90" w:type="dxa"/>
                    <w:bottom w:w="65" w:type="dxa"/>
                    <w:right w:w="90" w:type="dxa"/>
                  </w:tcMar>
                </w:tcPr>
                <w:p w14:paraId="2B455FF2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b/>
                      <w:color w:val="FFFFFF"/>
                      <w:sz w:val="20"/>
                      <w:lang w:val="cs-CZ"/>
                    </w:rPr>
                    <w:t>PROJEKTY A AKCE</w:t>
                  </w:r>
                </w:p>
              </w:tc>
            </w:tr>
          </w:tbl>
          <w:p w14:paraId="56DE89D0" w14:textId="77777777" w:rsidR="008369BB" w:rsidRPr="0065798B" w:rsidRDefault="008369BB">
            <w:pPr>
              <w:rPr>
                <w:lang w:val="cs-CZ"/>
              </w:rPr>
            </w:pPr>
          </w:p>
          <w:p w14:paraId="3259C994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________________________________</w:t>
            </w:r>
          </w:p>
          <w:p w14:paraId="39970483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________________________________</w:t>
            </w:r>
          </w:p>
          <w:p w14:paraId="7194F5F2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________________________________</w:t>
            </w:r>
          </w:p>
          <w:p w14:paraId="7AAC3561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________________________________</w:t>
            </w:r>
          </w:p>
          <w:p w14:paraId="3B88BCCE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________________________________</w:t>
            </w:r>
          </w:p>
          <w:p w14:paraId="07BFFA57" w14:textId="77777777" w:rsidR="008369BB" w:rsidRPr="0065798B" w:rsidRDefault="008369BB">
            <w:pPr>
              <w:spacing w:after="160"/>
              <w:rPr>
                <w:lang w:val="cs-CZ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82"/>
            </w:tblGrid>
            <w:tr w:rsidR="008369BB" w:rsidRPr="0065798B" w14:paraId="1B29DCCC" w14:textId="77777777">
              <w:tc>
                <w:tcPr>
                  <w:tcW w:w="4082" w:type="dxa"/>
                  <w:shd w:val="clear" w:color="auto" w:fill="7030A0"/>
                  <w:tcMar>
                    <w:top w:w="65" w:type="dxa"/>
                    <w:left w:w="90" w:type="dxa"/>
                    <w:bottom w:w="65" w:type="dxa"/>
                    <w:right w:w="90" w:type="dxa"/>
                  </w:tcMar>
                </w:tcPr>
                <w:p w14:paraId="6AF3845D" w14:textId="77777777" w:rsidR="008369BB" w:rsidRPr="0065798B" w:rsidRDefault="00000000">
                  <w:pPr>
                    <w:rPr>
                      <w:lang w:val="cs-CZ"/>
                    </w:rPr>
                  </w:pPr>
                  <w:r w:rsidRPr="0065798B">
                    <w:rPr>
                      <w:b/>
                      <w:color w:val="FFFFFF"/>
                      <w:sz w:val="20"/>
                      <w:lang w:val="cs-CZ"/>
                    </w:rPr>
                    <w:t>POZNÁMKY</w:t>
                  </w:r>
                </w:p>
              </w:tc>
            </w:tr>
          </w:tbl>
          <w:p w14:paraId="30083F13" w14:textId="77777777" w:rsidR="008369BB" w:rsidRPr="0065798B" w:rsidRDefault="008369BB">
            <w:pPr>
              <w:rPr>
                <w:lang w:val="cs-CZ"/>
              </w:rPr>
            </w:pPr>
          </w:p>
          <w:p w14:paraId="476881E3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________________________________</w:t>
            </w:r>
          </w:p>
          <w:p w14:paraId="0F4BADF8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________________________________</w:t>
            </w:r>
          </w:p>
          <w:p w14:paraId="655DC807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________________________________</w:t>
            </w:r>
          </w:p>
          <w:p w14:paraId="59CF9294" w14:textId="77777777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________________________________</w:t>
            </w:r>
          </w:p>
          <w:p w14:paraId="0B371009" w14:textId="7105816C" w:rsidR="008369BB" w:rsidRPr="0065798B" w:rsidRDefault="00000000">
            <w:pPr>
              <w:rPr>
                <w:lang w:val="cs-CZ"/>
              </w:rPr>
            </w:pPr>
            <w:r w:rsidRPr="0065798B">
              <w:rPr>
                <w:lang w:val="cs-CZ"/>
              </w:rPr>
              <w:t>_______________________________</w:t>
            </w:r>
          </w:p>
        </w:tc>
      </w:tr>
    </w:tbl>
    <w:p w14:paraId="69EF1EDE" w14:textId="77777777" w:rsidR="001A6025" w:rsidRDefault="001A6025"/>
    <w:sectPr w:rsidR="001A6025" w:rsidSect="00034616">
      <w:pgSz w:w="16838" w:h="11906" w:orient="landscape"/>
      <w:pgMar w:top="255" w:right="255" w:bottom="255" w:left="25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5620742">
    <w:abstractNumId w:val="8"/>
  </w:num>
  <w:num w:numId="2" w16cid:durableId="141235118">
    <w:abstractNumId w:val="6"/>
  </w:num>
  <w:num w:numId="3" w16cid:durableId="1617442181">
    <w:abstractNumId w:val="5"/>
  </w:num>
  <w:num w:numId="4" w16cid:durableId="1543590542">
    <w:abstractNumId w:val="4"/>
  </w:num>
  <w:num w:numId="5" w16cid:durableId="61025690">
    <w:abstractNumId w:val="7"/>
  </w:num>
  <w:num w:numId="6" w16cid:durableId="807674031">
    <w:abstractNumId w:val="3"/>
  </w:num>
  <w:num w:numId="7" w16cid:durableId="1432237880">
    <w:abstractNumId w:val="2"/>
  </w:num>
  <w:num w:numId="8" w16cid:durableId="1204102295">
    <w:abstractNumId w:val="1"/>
  </w:num>
  <w:num w:numId="9" w16cid:durableId="15650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6025"/>
    <w:rsid w:val="0029639D"/>
    <w:rsid w:val="00326F90"/>
    <w:rsid w:val="004435AD"/>
    <w:rsid w:val="00626E07"/>
    <w:rsid w:val="0065798B"/>
    <w:rsid w:val="007701B4"/>
    <w:rsid w:val="00820C7A"/>
    <w:rsid w:val="008369BB"/>
    <w:rsid w:val="008D4178"/>
    <w:rsid w:val="00AA1D8D"/>
    <w:rsid w:val="00B47730"/>
    <w:rsid w:val="00CB0664"/>
    <w:rsid w:val="00CC1DBC"/>
    <w:rsid w:val="00D5349B"/>
    <w:rsid w:val="00D708A7"/>
    <w:rsid w:val="00ED7532"/>
    <w:rsid w:val="00FA2A7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122F0B"/>
  <w14:defaultImageDpi w14:val="300"/>
  <w15:docId w15:val="{3E13883E-865F-45EA-9506-206CC0212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0"/>
    </w:pPr>
    <w:rPr>
      <w:rFonts w:ascii="Aptos" w:hAnsi="Aptos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4435AD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435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hyperlink" Target="http://www.zsbela.cz" TargetMode="External"/><Relationship Id="rId12" Type="http://schemas.openxmlformats.org/officeDocument/2006/relationships/hyperlink" Target="tel:736%20799%2050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tel:723%20376%2068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tel:731%20422%20597" TargetMode="External"/><Relationship Id="rId4" Type="http://schemas.openxmlformats.org/officeDocument/2006/relationships/settings" Target="settings.xml"/><Relationship Id="rId9" Type="http://schemas.openxmlformats.org/officeDocument/2006/relationships/hyperlink" Target="tel:+420723%20288%20589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3934</TotalTime>
  <Pages>3</Pages>
  <Words>848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Zuzana Horáková</cp:lastModifiedBy>
  <cp:revision>3</cp:revision>
  <dcterms:created xsi:type="dcterms:W3CDTF">2026-08-10T11:41:00Z</dcterms:created>
  <dcterms:modified xsi:type="dcterms:W3CDTF">2026-08-16T17:49:00Z</dcterms:modified>
  <cp:category/>
</cp:coreProperties>
</file>